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A481B" w14:textId="77777777" w:rsidR="005941C2" w:rsidRPr="00EC7CA9" w:rsidRDefault="00000000" w:rsidP="00EC7CA9">
      <w:pPr>
        <w:jc w:val="center"/>
        <w:rPr>
          <w:sz w:val="26"/>
          <w:szCs w:val="26"/>
        </w:rPr>
      </w:pPr>
      <w:r w:rsidRPr="00EC7CA9">
        <w:rPr>
          <w:b/>
          <w:sz w:val="26"/>
          <w:szCs w:val="26"/>
        </w:rPr>
        <w:t>CỘNG HÒA XÃ HỘI CHỦ NGHĨA VIỆT NAM</w:t>
      </w:r>
    </w:p>
    <w:p w14:paraId="74AD0E3F" w14:textId="77777777" w:rsidR="005941C2" w:rsidRPr="00EC7CA9" w:rsidRDefault="00000000" w:rsidP="00EC7CA9">
      <w:pPr>
        <w:jc w:val="center"/>
        <w:rPr>
          <w:sz w:val="26"/>
          <w:szCs w:val="26"/>
        </w:rPr>
      </w:pPr>
      <w:r w:rsidRPr="00EC7CA9">
        <w:rPr>
          <w:b/>
          <w:sz w:val="26"/>
          <w:szCs w:val="26"/>
        </w:rPr>
        <w:t>Độc lập - Tự do - Hạnh phúc</w:t>
      </w:r>
    </w:p>
    <w:p w14:paraId="2E0869F1" w14:textId="409C7018" w:rsidR="005941C2" w:rsidRPr="00EC7CA9" w:rsidRDefault="00EC7CA9" w:rsidP="00EC7CA9">
      <w:pPr>
        <w:ind w:left="5040" w:firstLine="720"/>
        <w:jc w:val="center"/>
        <w:rPr>
          <w:sz w:val="26"/>
          <w:szCs w:val="26"/>
        </w:rPr>
      </w:pPr>
      <w:r>
        <w:rPr>
          <w:sz w:val="26"/>
          <w:szCs w:val="26"/>
        </w:rPr>
        <w:t>.</w:t>
      </w:r>
      <w:r w:rsidR="00000000" w:rsidRPr="00EC7CA9">
        <w:rPr>
          <w:sz w:val="26"/>
          <w:szCs w:val="26"/>
        </w:rPr>
        <w:t>.., ngày ... tháng ... năm ...</w:t>
      </w:r>
    </w:p>
    <w:p w14:paraId="13D52157" w14:textId="77777777" w:rsidR="005941C2" w:rsidRPr="00EC7CA9" w:rsidRDefault="00000000" w:rsidP="00EC7CA9">
      <w:pPr>
        <w:jc w:val="center"/>
        <w:rPr>
          <w:sz w:val="32"/>
          <w:szCs w:val="32"/>
        </w:rPr>
      </w:pPr>
      <w:r w:rsidRPr="00EC7CA9">
        <w:rPr>
          <w:b/>
          <w:sz w:val="32"/>
          <w:szCs w:val="32"/>
        </w:rPr>
        <w:t>HỢP ĐỒNG NGUYÊN TẮC</w:t>
      </w:r>
    </w:p>
    <w:p w14:paraId="726CB176" w14:textId="77777777" w:rsidR="005941C2" w:rsidRPr="00EC7CA9" w:rsidRDefault="00000000" w:rsidP="00EC7CA9">
      <w:pPr>
        <w:jc w:val="right"/>
        <w:rPr>
          <w:sz w:val="26"/>
          <w:szCs w:val="26"/>
        </w:rPr>
      </w:pPr>
      <w:r w:rsidRPr="00EC7CA9">
        <w:rPr>
          <w:sz w:val="26"/>
          <w:szCs w:val="26"/>
        </w:rPr>
        <w:t>(</w:t>
      </w:r>
      <w:proofErr w:type="spellStart"/>
      <w:r w:rsidRPr="00EC7CA9">
        <w:rPr>
          <w:sz w:val="26"/>
          <w:szCs w:val="26"/>
        </w:rPr>
        <w:t>Số</w:t>
      </w:r>
      <w:proofErr w:type="spellEnd"/>
      <w:r w:rsidRPr="00EC7CA9">
        <w:rPr>
          <w:sz w:val="26"/>
          <w:szCs w:val="26"/>
        </w:rPr>
        <w:t>: 02/</w:t>
      </w:r>
      <w:proofErr w:type="gramStart"/>
      <w:r w:rsidRPr="00EC7CA9">
        <w:rPr>
          <w:sz w:val="26"/>
          <w:szCs w:val="26"/>
        </w:rPr>
        <w:t>..../</w:t>
      </w:r>
      <w:proofErr w:type="gramEnd"/>
      <w:r w:rsidRPr="00EC7CA9">
        <w:rPr>
          <w:sz w:val="26"/>
          <w:szCs w:val="26"/>
        </w:rPr>
        <w:t>HĐNT/QTVĐCO.OP)</w:t>
      </w:r>
    </w:p>
    <w:p w14:paraId="4EE0F82C" w14:textId="77777777" w:rsidR="005941C2" w:rsidRPr="00EC7CA9" w:rsidRDefault="00000000" w:rsidP="00EC7CA9">
      <w:pPr>
        <w:jc w:val="right"/>
        <w:rPr>
          <w:sz w:val="26"/>
          <w:szCs w:val="26"/>
        </w:rPr>
      </w:pPr>
      <w:r w:rsidRPr="00EC7CA9">
        <w:rPr>
          <w:sz w:val="26"/>
          <w:szCs w:val="26"/>
        </w:rPr>
        <w:t>(V/v: BỐC XẾP HÀNG HÓA)</w:t>
      </w:r>
    </w:p>
    <w:p w14:paraId="279D9703" w14:textId="77777777" w:rsidR="005941C2" w:rsidRPr="00EC7CA9" w:rsidRDefault="00000000" w:rsidP="00EC7CA9">
      <w:pPr>
        <w:rPr>
          <w:sz w:val="26"/>
          <w:szCs w:val="26"/>
        </w:rPr>
      </w:pPr>
      <w:r w:rsidRPr="00EC7CA9">
        <w:rPr>
          <w:sz w:val="26"/>
          <w:szCs w:val="26"/>
        </w:rPr>
        <w:br/>
        <w:t>Chúng tôi gồm:</w:t>
      </w:r>
      <w:r w:rsidRPr="00EC7CA9">
        <w:rPr>
          <w:sz w:val="26"/>
          <w:szCs w:val="26"/>
        </w:rPr>
        <w:br/>
      </w:r>
    </w:p>
    <w:p w14:paraId="63B71E90" w14:textId="77777777" w:rsidR="005941C2" w:rsidRPr="00EC7CA9" w:rsidRDefault="00000000" w:rsidP="00EC7CA9">
      <w:pPr>
        <w:jc w:val="both"/>
        <w:rPr>
          <w:b/>
          <w:bCs/>
          <w:sz w:val="26"/>
          <w:szCs w:val="26"/>
        </w:rPr>
      </w:pPr>
      <w:r w:rsidRPr="00EC7CA9">
        <w:rPr>
          <w:b/>
          <w:bCs/>
          <w:sz w:val="26"/>
          <w:szCs w:val="26"/>
        </w:rPr>
        <w:t>BÊN THUÊ BỐC XẾP (Bên A):</w:t>
      </w:r>
    </w:p>
    <w:p w14:paraId="031C574D" w14:textId="77777777" w:rsidR="005941C2" w:rsidRPr="00EC7CA9" w:rsidRDefault="00000000" w:rsidP="00EC7CA9">
      <w:pPr>
        <w:jc w:val="both"/>
        <w:rPr>
          <w:sz w:val="26"/>
          <w:szCs w:val="26"/>
        </w:rPr>
      </w:pPr>
      <w:r w:rsidRPr="00EC7CA9">
        <w:rPr>
          <w:sz w:val="26"/>
          <w:szCs w:val="26"/>
        </w:rPr>
        <w:t>Ông/ Bà: …………………………………</w:t>
      </w:r>
    </w:p>
    <w:p w14:paraId="714DE868" w14:textId="77777777" w:rsidR="005941C2" w:rsidRPr="00EC7CA9" w:rsidRDefault="00000000" w:rsidP="00EC7CA9">
      <w:pPr>
        <w:jc w:val="both"/>
        <w:rPr>
          <w:sz w:val="26"/>
          <w:szCs w:val="26"/>
        </w:rPr>
      </w:pPr>
      <w:r w:rsidRPr="00EC7CA9">
        <w:rPr>
          <w:sz w:val="26"/>
          <w:szCs w:val="26"/>
        </w:rPr>
        <w:t>Quốc tịch: Việt Nam</w:t>
      </w:r>
    </w:p>
    <w:p w14:paraId="54D9C9E7" w14:textId="77777777" w:rsidR="005941C2" w:rsidRPr="00EC7CA9" w:rsidRDefault="00000000" w:rsidP="00EC7CA9">
      <w:pPr>
        <w:jc w:val="both"/>
        <w:rPr>
          <w:sz w:val="26"/>
          <w:szCs w:val="26"/>
        </w:rPr>
      </w:pPr>
      <w:r w:rsidRPr="00EC7CA9">
        <w:rPr>
          <w:sz w:val="26"/>
          <w:szCs w:val="26"/>
        </w:rPr>
        <w:t>Chức vụ: …………………………………</w:t>
      </w:r>
    </w:p>
    <w:p w14:paraId="422397E2" w14:textId="64506215" w:rsidR="005941C2" w:rsidRPr="00EC7CA9" w:rsidRDefault="00000000" w:rsidP="00EC7CA9">
      <w:pPr>
        <w:rPr>
          <w:sz w:val="26"/>
          <w:szCs w:val="26"/>
        </w:rPr>
      </w:pPr>
      <w:r w:rsidRPr="00EC7CA9">
        <w:rPr>
          <w:sz w:val="26"/>
          <w:szCs w:val="26"/>
        </w:rPr>
        <w:t>Đại diện bên thuê: ………………………………………………………………………………………</w:t>
      </w:r>
    </w:p>
    <w:p w14:paraId="6A868155" w14:textId="7ACFAAD9" w:rsidR="005941C2" w:rsidRPr="00EC7CA9" w:rsidRDefault="00000000" w:rsidP="00EC7CA9">
      <w:pPr>
        <w:rPr>
          <w:sz w:val="26"/>
          <w:szCs w:val="26"/>
        </w:rPr>
      </w:pPr>
      <w:r w:rsidRPr="00EC7CA9">
        <w:rPr>
          <w:sz w:val="26"/>
          <w:szCs w:val="26"/>
        </w:rPr>
        <w:t>Địa chỉ trụ sở công ty: ………………………………………………………………………………………</w:t>
      </w:r>
    </w:p>
    <w:p w14:paraId="451C779D" w14:textId="77777777" w:rsidR="005941C2" w:rsidRPr="00EC7CA9" w:rsidRDefault="00000000" w:rsidP="00EC7CA9">
      <w:pPr>
        <w:jc w:val="both"/>
        <w:rPr>
          <w:b/>
          <w:bCs/>
          <w:sz w:val="26"/>
          <w:szCs w:val="26"/>
        </w:rPr>
      </w:pPr>
      <w:r w:rsidRPr="00EC7CA9">
        <w:rPr>
          <w:b/>
          <w:bCs/>
          <w:sz w:val="26"/>
          <w:szCs w:val="26"/>
        </w:rPr>
        <w:t>BÊN BỐC XẾP (</w:t>
      </w:r>
      <w:proofErr w:type="spellStart"/>
      <w:r w:rsidRPr="00EC7CA9">
        <w:rPr>
          <w:b/>
          <w:bCs/>
          <w:sz w:val="26"/>
          <w:szCs w:val="26"/>
        </w:rPr>
        <w:t>Bên</w:t>
      </w:r>
      <w:proofErr w:type="spellEnd"/>
      <w:r w:rsidRPr="00EC7CA9">
        <w:rPr>
          <w:b/>
          <w:bCs/>
          <w:sz w:val="26"/>
          <w:szCs w:val="26"/>
        </w:rPr>
        <w:t xml:space="preserve"> B):</w:t>
      </w:r>
    </w:p>
    <w:p w14:paraId="7025A4CA" w14:textId="77777777" w:rsidR="005941C2" w:rsidRPr="00EC7CA9" w:rsidRDefault="00000000" w:rsidP="00EC7CA9">
      <w:pPr>
        <w:jc w:val="both"/>
        <w:rPr>
          <w:sz w:val="26"/>
          <w:szCs w:val="26"/>
        </w:rPr>
      </w:pPr>
      <w:r w:rsidRPr="00EC7CA9">
        <w:rPr>
          <w:sz w:val="26"/>
          <w:szCs w:val="26"/>
        </w:rPr>
        <w:t>Ông/Bà: …………………………………</w:t>
      </w:r>
    </w:p>
    <w:p w14:paraId="6F2FC2A8" w14:textId="77777777" w:rsidR="005941C2" w:rsidRPr="00EC7CA9" w:rsidRDefault="00000000" w:rsidP="00EC7CA9">
      <w:pPr>
        <w:jc w:val="both"/>
        <w:rPr>
          <w:sz w:val="26"/>
          <w:szCs w:val="26"/>
        </w:rPr>
      </w:pPr>
      <w:r w:rsidRPr="00EC7CA9">
        <w:rPr>
          <w:sz w:val="26"/>
          <w:szCs w:val="26"/>
        </w:rPr>
        <w:t>Giới tính: …………………………………</w:t>
      </w:r>
    </w:p>
    <w:p w14:paraId="164B88D1" w14:textId="77777777" w:rsidR="005941C2" w:rsidRPr="00EC7CA9" w:rsidRDefault="00000000" w:rsidP="00EC7CA9">
      <w:pPr>
        <w:jc w:val="both"/>
        <w:rPr>
          <w:sz w:val="26"/>
          <w:szCs w:val="26"/>
        </w:rPr>
      </w:pPr>
      <w:r w:rsidRPr="00EC7CA9">
        <w:rPr>
          <w:sz w:val="26"/>
          <w:szCs w:val="26"/>
        </w:rPr>
        <w:t>Sinh ngày: …………………………………</w:t>
      </w:r>
    </w:p>
    <w:p w14:paraId="6ACC6F0C" w14:textId="77777777" w:rsidR="005941C2" w:rsidRPr="00EC7CA9" w:rsidRDefault="00000000" w:rsidP="00EC7CA9">
      <w:pPr>
        <w:jc w:val="both"/>
        <w:rPr>
          <w:sz w:val="26"/>
          <w:szCs w:val="26"/>
        </w:rPr>
      </w:pPr>
      <w:r w:rsidRPr="00EC7CA9">
        <w:rPr>
          <w:sz w:val="26"/>
          <w:szCs w:val="26"/>
        </w:rPr>
        <w:t>Dân tộc: …………………………………</w:t>
      </w:r>
    </w:p>
    <w:p w14:paraId="3FCD173F" w14:textId="77777777" w:rsidR="005941C2" w:rsidRPr="00EC7CA9" w:rsidRDefault="00000000" w:rsidP="00EC7CA9">
      <w:pPr>
        <w:jc w:val="both"/>
        <w:rPr>
          <w:sz w:val="26"/>
          <w:szCs w:val="26"/>
        </w:rPr>
      </w:pPr>
      <w:r w:rsidRPr="00EC7CA9">
        <w:rPr>
          <w:sz w:val="26"/>
          <w:szCs w:val="26"/>
        </w:rPr>
        <w:t>Số CCCD: …………………………………</w:t>
      </w:r>
    </w:p>
    <w:p w14:paraId="3A019757" w14:textId="77777777" w:rsidR="005941C2" w:rsidRPr="00EC7CA9" w:rsidRDefault="00000000" w:rsidP="00EC7CA9">
      <w:pPr>
        <w:jc w:val="both"/>
        <w:rPr>
          <w:sz w:val="26"/>
          <w:szCs w:val="26"/>
        </w:rPr>
      </w:pPr>
      <w:r w:rsidRPr="00EC7CA9">
        <w:rPr>
          <w:sz w:val="26"/>
          <w:szCs w:val="26"/>
        </w:rPr>
        <w:t>Ngày cấp: …………………………………</w:t>
      </w:r>
    </w:p>
    <w:p w14:paraId="6A17BB12" w14:textId="77777777" w:rsidR="005941C2" w:rsidRPr="00EC7CA9" w:rsidRDefault="00000000" w:rsidP="00EC7CA9">
      <w:pPr>
        <w:jc w:val="both"/>
        <w:rPr>
          <w:sz w:val="26"/>
          <w:szCs w:val="26"/>
        </w:rPr>
      </w:pPr>
      <w:r w:rsidRPr="00EC7CA9">
        <w:rPr>
          <w:sz w:val="26"/>
          <w:szCs w:val="26"/>
        </w:rPr>
        <w:t>Quốc tịch: …………………………………</w:t>
      </w:r>
    </w:p>
    <w:p w14:paraId="2B7092E8" w14:textId="77777777" w:rsidR="005941C2" w:rsidRPr="00EC7CA9" w:rsidRDefault="00000000" w:rsidP="00EC7CA9">
      <w:pPr>
        <w:jc w:val="both"/>
        <w:rPr>
          <w:sz w:val="26"/>
          <w:szCs w:val="26"/>
        </w:rPr>
      </w:pPr>
      <w:r w:rsidRPr="00EC7CA9">
        <w:rPr>
          <w:sz w:val="26"/>
          <w:szCs w:val="26"/>
        </w:rPr>
        <w:lastRenderedPageBreak/>
        <w:t>Nơi cấp: …………………………………</w:t>
      </w:r>
    </w:p>
    <w:p w14:paraId="18C0A14E" w14:textId="0BDA4444" w:rsidR="005941C2" w:rsidRPr="00EC7CA9" w:rsidRDefault="00000000" w:rsidP="00EC7CA9">
      <w:pPr>
        <w:rPr>
          <w:sz w:val="26"/>
          <w:szCs w:val="26"/>
        </w:rPr>
      </w:pPr>
      <w:r w:rsidRPr="00EC7CA9">
        <w:rPr>
          <w:sz w:val="26"/>
          <w:szCs w:val="26"/>
        </w:rPr>
        <w:t>Nơi đăng ký hộ khẩu thường trú: ………………………………………………………………………………………</w:t>
      </w:r>
    </w:p>
    <w:p w14:paraId="30F8EAB4" w14:textId="4F799ABA" w:rsidR="005941C2" w:rsidRPr="00EC7CA9" w:rsidRDefault="00000000" w:rsidP="00EC7CA9">
      <w:pPr>
        <w:rPr>
          <w:sz w:val="26"/>
          <w:szCs w:val="26"/>
        </w:rPr>
      </w:pPr>
      <w:r w:rsidRPr="00EC7CA9">
        <w:rPr>
          <w:sz w:val="26"/>
          <w:szCs w:val="26"/>
        </w:rPr>
        <w:t>Chỗ ở hiện tại: ………………………………………………………………………………………</w:t>
      </w:r>
    </w:p>
    <w:p w14:paraId="5850CC2A" w14:textId="77777777" w:rsidR="005941C2" w:rsidRPr="00EC7CA9" w:rsidRDefault="00000000" w:rsidP="00EC7CA9">
      <w:pPr>
        <w:jc w:val="both"/>
        <w:rPr>
          <w:sz w:val="26"/>
          <w:szCs w:val="26"/>
        </w:rPr>
      </w:pPr>
      <w:r w:rsidRPr="00EC7CA9">
        <w:rPr>
          <w:sz w:val="26"/>
          <w:szCs w:val="26"/>
        </w:rPr>
        <w:t>Sau khi bàn bạc, hai bên thống nhất thỏa thuận nội dung hợp đồng với các điều khoản sau:</w:t>
      </w:r>
    </w:p>
    <w:p w14:paraId="2EB539C1" w14:textId="77777777" w:rsidR="005941C2" w:rsidRPr="00EC7CA9" w:rsidRDefault="00000000" w:rsidP="00EC7CA9">
      <w:pPr>
        <w:jc w:val="both"/>
        <w:rPr>
          <w:sz w:val="26"/>
          <w:szCs w:val="26"/>
        </w:rPr>
      </w:pPr>
      <w:r w:rsidRPr="00EC7CA9">
        <w:rPr>
          <w:b/>
          <w:sz w:val="26"/>
          <w:szCs w:val="26"/>
        </w:rPr>
        <w:t>Điều 1: Thời hạn và công việc hợp đồng</w:t>
      </w:r>
    </w:p>
    <w:p w14:paraId="79757A6D" w14:textId="77777777" w:rsidR="005941C2" w:rsidRPr="00EC7CA9" w:rsidRDefault="00000000" w:rsidP="00EC7CA9">
      <w:pPr>
        <w:jc w:val="both"/>
        <w:rPr>
          <w:sz w:val="26"/>
          <w:szCs w:val="26"/>
        </w:rPr>
      </w:pPr>
      <w:r w:rsidRPr="00EC7CA9">
        <w:rPr>
          <w:sz w:val="26"/>
          <w:szCs w:val="26"/>
        </w:rPr>
        <w:t>- Loại hợp đồng: Dịch vụ bốc xếp hàng hóa</w:t>
      </w:r>
    </w:p>
    <w:p w14:paraId="2AE69538" w14:textId="77777777" w:rsidR="005941C2" w:rsidRPr="00EC7CA9" w:rsidRDefault="00000000" w:rsidP="00EC7CA9">
      <w:pPr>
        <w:jc w:val="both"/>
        <w:rPr>
          <w:sz w:val="26"/>
          <w:szCs w:val="26"/>
        </w:rPr>
      </w:pPr>
      <w:r w:rsidRPr="00EC7CA9">
        <w:rPr>
          <w:sz w:val="26"/>
          <w:szCs w:val="26"/>
        </w:rPr>
        <w:t>- Thời hạn: Từ ngày … tháng … năm … đến ngày … tháng … năm …</w:t>
      </w:r>
    </w:p>
    <w:p w14:paraId="6AF7554A" w14:textId="77777777" w:rsidR="005941C2" w:rsidRPr="00EC7CA9" w:rsidRDefault="00000000" w:rsidP="00EC7CA9">
      <w:pPr>
        <w:jc w:val="both"/>
        <w:rPr>
          <w:sz w:val="26"/>
          <w:szCs w:val="26"/>
        </w:rPr>
      </w:pPr>
      <w:r w:rsidRPr="00EC7CA9">
        <w:rPr>
          <w:sz w:val="26"/>
          <w:szCs w:val="26"/>
        </w:rPr>
        <w:t>- Địa điểm làm việc: (Theo từng đơn hàng cụ thể)</w:t>
      </w:r>
    </w:p>
    <w:p w14:paraId="2D8FF0D2" w14:textId="77777777" w:rsidR="005941C2" w:rsidRPr="00EC7CA9" w:rsidRDefault="00000000" w:rsidP="00EC7CA9">
      <w:pPr>
        <w:jc w:val="both"/>
        <w:rPr>
          <w:sz w:val="26"/>
          <w:szCs w:val="26"/>
        </w:rPr>
      </w:pPr>
      <w:r w:rsidRPr="00EC7CA9">
        <w:rPr>
          <w:sz w:val="26"/>
          <w:szCs w:val="26"/>
        </w:rPr>
        <w:t>- Chức vụ: Công nhân bốc xếp hàng hóa</w:t>
      </w:r>
    </w:p>
    <w:p w14:paraId="06166236" w14:textId="77777777" w:rsidR="005941C2" w:rsidRPr="00EC7CA9" w:rsidRDefault="00000000" w:rsidP="00EC7CA9">
      <w:pPr>
        <w:jc w:val="both"/>
        <w:rPr>
          <w:sz w:val="26"/>
          <w:szCs w:val="26"/>
        </w:rPr>
      </w:pPr>
      <w:r w:rsidRPr="00EC7CA9">
        <w:rPr>
          <w:sz w:val="26"/>
          <w:szCs w:val="26"/>
        </w:rPr>
        <w:t>- Công việc: Bên B thực hiện bốc xếp cho Bên A theo từng lô hàng do Bên A yêu cầu.</w:t>
      </w:r>
    </w:p>
    <w:p w14:paraId="23C274C1" w14:textId="77777777" w:rsidR="005941C2" w:rsidRPr="00EC7CA9" w:rsidRDefault="00000000" w:rsidP="00EC7CA9">
      <w:pPr>
        <w:jc w:val="both"/>
        <w:rPr>
          <w:sz w:val="26"/>
          <w:szCs w:val="26"/>
        </w:rPr>
      </w:pPr>
      <w:r w:rsidRPr="00EC7CA9">
        <w:rPr>
          <w:sz w:val="26"/>
          <w:szCs w:val="26"/>
        </w:rPr>
        <w:t>Bên A đảm bảo hàng hóa không thuộc danh mục hàng cấm theo quy định Nhà nước.</w:t>
      </w:r>
    </w:p>
    <w:p w14:paraId="7605E05C" w14:textId="77777777" w:rsidR="005941C2" w:rsidRPr="00EC7CA9" w:rsidRDefault="00000000" w:rsidP="00EC7CA9">
      <w:pPr>
        <w:jc w:val="both"/>
        <w:rPr>
          <w:sz w:val="26"/>
          <w:szCs w:val="26"/>
        </w:rPr>
      </w:pPr>
      <w:r w:rsidRPr="00EC7CA9">
        <w:rPr>
          <w:b/>
          <w:sz w:val="26"/>
          <w:szCs w:val="26"/>
        </w:rPr>
        <w:t>Điều 2: Chế độ làm việc</w:t>
      </w:r>
    </w:p>
    <w:p w14:paraId="5A7D17DD" w14:textId="77777777" w:rsidR="005941C2" w:rsidRPr="00EC7CA9" w:rsidRDefault="00000000" w:rsidP="00EC7CA9">
      <w:pPr>
        <w:rPr>
          <w:sz w:val="26"/>
          <w:szCs w:val="26"/>
        </w:rPr>
      </w:pPr>
      <w:r w:rsidRPr="00EC7CA9">
        <w:rPr>
          <w:sz w:val="26"/>
          <w:szCs w:val="26"/>
        </w:rPr>
        <w:t>- Thời gian làm việc: …………………………………………</w:t>
      </w:r>
    </w:p>
    <w:p w14:paraId="0C096F73" w14:textId="77777777" w:rsidR="005941C2" w:rsidRPr="00EC7CA9" w:rsidRDefault="00000000" w:rsidP="00EC7CA9">
      <w:pPr>
        <w:rPr>
          <w:sz w:val="26"/>
          <w:szCs w:val="26"/>
        </w:rPr>
      </w:pPr>
      <w:r w:rsidRPr="00EC7CA9">
        <w:rPr>
          <w:sz w:val="26"/>
          <w:szCs w:val="26"/>
        </w:rPr>
        <w:t>- Được cấp phát các dụng cụ làm việc gồm: …………………………………………</w:t>
      </w:r>
    </w:p>
    <w:p w14:paraId="61055369" w14:textId="77777777" w:rsidR="005941C2" w:rsidRPr="00EC7CA9" w:rsidRDefault="00000000" w:rsidP="00EC7CA9">
      <w:pPr>
        <w:jc w:val="both"/>
        <w:rPr>
          <w:sz w:val="26"/>
          <w:szCs w:val="26"/>
        </w:rPr>
      </w:pPr>
      <w:r w:rsidRPr="00EC7CA9">
        <w:rPr>
          <w:b/>
          <w:sz w:val="26"/>
          <w:szCs w:val="26"/>
        </w:rPr>
        <w:t>Điều 3: Nghĩa vụ và quyền lợi của người lao động (Bên B)</w:t>
      </w:r>
    </w:p>
    <w:p w14:paraId="245DCBAC" w14:textId="77777777" w:rsidR="005941C2" w:rsidRPr="00EC7CA9" w:rsidRDefault="00000000" w:rsidP="00EC7CA9">
      <w:pPr>
        <w:jc w:val="both"/>
        <w:rPr>
          <w:sz w:val="26"/>
          <w:szCs w:val="26"/>
        </w:rPr>
      </w:pPr>
      <w:r w:rsidRPr="00EC7CA9">
        <w:rPr>
          <w:sz w:val="26"/>
          <w:szCs w:val="26"/>
        </w:rPr>
        <w:t>3.1. Quyền lợi:</w:t>
      </w:r>
    </w:p>
    <w:p w14:paraId="3D5B47DF" w14:textId="77777777" w:rsidR="005941C2" w:rsidRPr="00EC7CA9" w:rsidRDefault="00000000" w:rsidP="00EC7CA9">
      <w:pPr>
        <w:jc w:val="both"/>
        <w:rPr>
          <w:sz w:val="26"/>
          <w:szCs w:val="26"/>
        </w:rPr>
      </w:pPr>
      <w:r w:rsidRPr="00EC7CA9">
        <w:rPr>
          <w:sz w:val="26"/>
          <w:szCs w:val="26"/>
        </w:rPr>
        <w:t>- Phương tiện đi lại làm việc: …………………………………………</w:t>
      </w:r>
    </w:p>
    <w:p w14:paraId="71E10D4D" w14:textId="77777777" w:rsidR="005941C2" w:rsidRPr="00EC7CA9" w:rsidRDefault="00000000" w:rsidP="00EC7CA9">
      <w:pPr>
        <w:jc w:val="both"/>
        <w:rPr>
          <w:sz w:val="26"/>
          <w:szCs w:val="26"/>
        </w:rPr>
      </w:pPr>
      <w:r w:rsidRPr="00EC7CA9">
        <w:rPr>
          <w:sz w:val="26"/>
          <w:szCs w:val="26"/>
        </w:rPr>
        <w:t>- Mức lương / tiền công: …………………………………………</w:t>
      </w:r>
    </w:p>
    <w:p w14:paraId="61C83443" w14:textId="3A27EA52" w:rsidR="005941C2" w:rsidRPr="00EC7CA9" w:rsidRDefault="00000000" w:rsidP="00EC7CA9">
      <w:pPr>
        <w:rPr>
          <w:sz w:val="26"/>
          <w:szCs w:val="26"/>
        </w:rPr>
      </w:pPr>
      <w:r w:rsidRPr="00EC7CA9">
        <w:rPr>
          <w:sz w:val="26"/>
          <w:szCs w:val="26"/>
        </w:rPr>
        <w:t xml:space="preserve">- Hình thức trả lương: </w:t>
      </w:r>
      <w:proofErr w:type="spellStart"/>
      <w:r w:rsidRPr="00EC7CA9">
        <w:rPr>
          <w:sz w:val="26"/>
          <w:szCs w:val="26"/>
        </w:rPr>
        <w:t>tiền</w:t>
      </w:r>
      <w:proofErr w:type="spellEnd"/>
      <w:r w:rsidRPr="00EC7CA9">
        <w:rPr>
          <w:sz w:val="26"/>
          <w:szCs w:val="26"/>
        </w:rPr>
        <w:t xml:space="preserve"> </w:t>
      </w:r>
      <w:proofErr w:type="spellStart"/>
      <w:r w:rsidRPr="00EC7CA9">
        <w:rPr>
          <w:sz w:val="26"/>
          <w:szCs w:val="26"/>
        </w:rPr>
        <w:t>mặt</w:t>
      </w:r>
      <w:proofErr w:type="spellEnd"/>
      <w:r w:rsidRPr="00EC7CA9">
        <w:rPr>
          <w:sz w:val="26"/>
          <w:szCs w:val="26"/>
        </w:rPr>
        <w:t xml:space="preserve"> </w:t>
      </w:r>
      <w:proofErr w:type="spellStart"/>
      <w:r w:rsidRPr="00EC7CA9">
        <w:rPr>
          <w:sz w:val="26"/>
          <w:szCs w:val="26"/>
        </w:rPr>
        <w:t>hoặc</w:t>
      </w:r>
      <w:proofErr w:type="spellEnd"/>
      <w:r w:rsidRPr="00EC7CA9">
        <w:rPr>
          <w:sz w:val="26"/>
          <w:szCs w:val="26"/>
        </w:rPr>
        <w:t xml:space="preserve"> </w:t>
      </w:r>
      <w:proofErr w:type="spellStart"/>
      <w:r w:rsidRPr="00EC7CA9">
        <w:rPr>
          <w:sz w:val="26"/>
          <w:szCs w:val="26"/>
        </w:rPr>
        <w:t>chuyển</w:t>
      </w:r>
      <w:proofErr w:type="spellEnd"/>
      <w:r w:rsidR="00EC7CA9" w:rsidRPr="00EC7CA9">
        <w:rPr>
          <w:sz w:val="26"/>
          <w:szCs w:val="26"/>
        </w:rPr>
        <w:t xml:space="preserve"> </w:t>
      </w:r>
      <w:proofErr w:type="spellStart"/>
      <w:r w:rsidRPr="00EC7CA9">
        <w:rPr>
          <w:sz w:val="26"/>
          <w:szCs w:val="26"/>
        </w:rPr>
        <w:t>khoản</w:t>
      </w:r>
      <w:proofErr w:type="spellEnd"/>
      <w:r w:rsidR="00EC7CA9" w:rsidRPr="00EC7CA9">
        <w:rPr>
          <w:sz w:val="26"/>
          <w:szCs w:val="26"/>
        </w:rPr>
        <w:t xml:space="preserve">: </w:t>
      </w:r>
      <w:r w:rsidRPr="00EC7CA9">
        <w:rPr>
          <w:sz w:val="26"/>
          <w:szCs w:val="26"/>
        </w:rPr>
        <w:t>…………………………………………</w:t>
      </w:r>
    </w:p>
    <w:p w14:paraId="5889E0C1" w14:textId="77777777" w:rsidR="005941C2" w:rsidRPr="00EC7CA9" w:rsidRDefault="00000000" w:rsidP="00EC7CA9">
      <w:pPr>
        <w:jc w:val="both"/>
        <w:rPr>
          <w:sz w:val="26"/>
          <w:szCs w:val="26"/>
        </w:rPr>
      </w:pPr>
      <w:r w:rsidRPr="00EC7CA9">
        <w:rPr>
          <w:sz w:val="26"/>
          <w:szCs w:val="26"/>
        </w:rPr>
        <w:lastRenderedPageBreak/>
        <w:t>- Được trả lương vào ngày ……… hàng tháng</w:t>
      </w:r>
    </w:p>
    <w:p w14:paraId="3C8033F7" w14:textId="77777777" w:rsidR="005941C2" w:rsidRPr="00EC7CA9" w:rsidRDefault="00000000" w:rsidP="00EC7CA9">
      <w:pPr>
        <w:jc w:val="both"/>
        <w:rPr>
          <w:sz w:val="26"/>
          <w:szCs w:val="26"/>
        </w:rPr>
      </w:pPr>
      <w:r w:rsidRPr="00EC7CA9">
        <w:rPr>
          <w:sz w:val="26"/>
          <w:szCs w:val="26"/>
        </w:rPr>
        <w:t>- Chế độ nâng lương: …………………………………………</w:t>
      </w:r>
    </w:p>
    <w:p w14:paraId="1D565B22" w14:textId="77777777" w:rsidR="005941C2" w:rsidRPr="00EC7CA9" w:rsidRDefault="00000000" w:rsidP="00EC7CA9">
      <w:pPr>
        <w:jc w:val="both"/>
        <w:rPr>
          <w:sz w:val="26"/>
          <w:szCs w:val="26"/>
        </w:rPr>
      </w:pPr>
      <w:r w:rsidRPr="00EC7CA9">
        <w:rPr>
          <w:sz w:val="26"/>
          <w:szCs w:val="26"/>
        </w:rPr>
        <w:t>- Chế độ nghỉ ngơi (nghỉ hàng tuần, phép năm, lễ tết…): Theo quy định Bộ Luật Lao động</w:t>
      </w:r>
    </w:p>
    <w:p w14:paraId="14F2D702" w14:textId="77777777" w:rsidR="005941C2" w:rsidRPr="00EC7CA9" w:rsidRDefault="00000000" w:rsidP="00EC7CA9">
      <w:pPr>
        <w:jc w:val="both"/>
        <w:rPr>
          <w:sz w:val="26"/>
          <w:szCs w:val="26"/>
        </w:rPr>
      </w:pPr>
      <w:r w:rsidRPr="00EC7CA9">
        <w:rPr>
          <w:sz w:val="26"/>
          <w:szCs w:val="26"/>
        </w:rPr>
        <w:t>- Bảo hiểm xã hội, y tế: Theo quy định Nhà nước</w:t>
      </w:r>
    </w:p>
    <w:p w14:paraId="432F2F49" w14:textId="77777777" w:rsidR="005941C2" w:rsidRPr="00EC7CA9" w:rsidRDefault="00000000" w:rsidP="00EC7CA9">
      <w:pPr>
        <w:jc w:val="both"/>
        <w:rPr>
          <w:sz w:val="26"/>
          <w:szCs w:val="26"/>
        </w:rPr>
      </w:pPr>
      <w:r w:rsidRPr="00EC7CA9">
        <w:rPr>
          <w:sz w:val="26"/>
          <w:szCs w:val="26"/>
        </w:rPr>
        <w:t>- Chế độ đào tạo: …………………………………………</w:t>
      </w:r>
    </w:p>
    <w:p w14:paraId="0435C8E8" w14:textId="77777777" w:rsidR="005941C2" w:rsidRPr="00EC7CA9" w:rsidRDefault="00000000" w:rsidP="00EC7CA9">
      <w:pPr>
        <w:jc w:val="both"/>
        <w:rPr>
          <w:sz w:val="26"/>
          <w:szCs w:val="26"/>
        </w:rPr>
      </w:pPr>
      <w:r w:rsidRPr="00EC7CA9">
        <w:rPr>
          <w:sz w:val="26"/>
          <w:szCs w:val="26"/>
        </w:rPr>
        <w:t>3.2. Nghĩa vụ:</w:t>
      </w:r>
    </w:p>
    <w:p w14:paraId="1E692767" w14:textId="77777777" w:rsidR="005941C2" w:rsidRPr="00EC7CA9" w:rsidRDefault="00000000" w:rsidP="00EC7CA9">
      <w:pPr>
        <w:jc w:val="both"/>
        <w:rPr>
          <w:sz w:val="26"/>
          <w:szCs w:val="26"/>
        </w:rPr>
      </w:pPr>
      <w:r w:rsidRPr="00EC7CA9">
        <w:rPr>
          <w:sz w:val="26"/>
          <w:szCs w:val="26"/>
        </w:rPr>
        <w:t>- Hoàn thành công việc theo hợp đồng.</w:t>
      </w:r>
    </w:p>
    <w:p w14:paraId="431959F5" w14:textId="77777777" w:rsidR="005941C2" w:rsidRPr="00EC7CA9" w:rsidRDefault="00000000" w:rsidP="00EC7CA9">
      <w:pPr>
        <w:jc w:val="both"/>
        <w:rPr>
          <w:sz w:val="26"/>
          <w:szCs w:val="26"/>
        </w:rPr>
      </w:pPr>
      <w:r w:rsidRPr="00EC7CA9">
        <w:rPr>
          <w:sz w:val="26"/>
          <w:szCs w:val="26"/>
        </w:rPr>
        <w:t xml:space="preserve">- Chấp hành nội quy, </w:t>
      </w:r>
      <w:proofErr w:type="gramStart"/>
      <w:r w:rsidRPr="00EC7CA9">
        <w:rPr>
          <w:sz w:val="26"/>
          <w:szCs w:val="26"/>
        </w:rPr>
        <w:t>an</w:t>
      </w:r>
      <w:proofErr w:type="gramEnd"/>
      <w:r w:rsidRPr="00EC7CA9">
        <w:rPr>
          <w:sz w:val="26"/>
          <w:szCs w:val="26"/>
        </w:rPr>
        <w:t xml:space="preserve"> toàn lao động, kỷ luật lao động.</w:t>
      </w:r>
    </w:p>
    <w:p w14:paraId="3E9CE70B" w14:textId="77777777" w:rsidR="005941C2" w:rsidRPr="00EC7CA9" w:rsidRDefault="00000000" w:rsidP="00EC7CA9">
      <w:pPr>
        <w:jc w:val="both"/>
        <w:rPr>
          <w:sz w:val="26"/>
          <w:szCs w:val="26"/>
        </w:rPr>
      </w:pPr>
      <w:r w:rsidRPr="00EC7CA9">
        <w:rPr>
          <w:b/>
          <w:sz w:val="26"/>
          <w:szCs w:val="26"/>
        </w:rPr>
        <w:t>Điều 4: Nghĩa vụ và quyền hạn của người sử dụng lao động (Bên A)</w:t>
      </w:r>
    </w:p>
    <w:p w14:paraId="24585F13" w14:textId="77777777" w:rsidR="005941C2" w:rsidRPr="00EC7CA9" w:rsidRDefault="00000000" w:rsidP="00EC7CA9">
      <w:pPr>
        <w:jc w:val="both"/>
        <w:rPr>
          <w:sz w:val="26"/>
          <w:szCs w:val="26"/>
        </w:rPr>
      </w:pPr>
      <w:r w:rsidRPr="00EC7CA9">
        <w:rPr>
          <w:sz w:val="26"/>
          <w:szCs w:val="26"/>
        </w:rPr>
        <w:t>4.1. Nghĩa vụ:</w:t>
      </w:r>
    </w:p>
    <w:p w14:paraId="6D4419B7" w14:textId="77777777" w:rsidR="005941C2" w:rsidRPr="00EC7CA9" w:rsidRDefault="00000000" w:rsidP="00EC7CA9">
      <w:pPr>
        <w:jc w:val="both"/>
        <w:rPr>
          <w:sz w:val="26"/>
          <w:szCs w:val="26"/>
        </w:rPr>
      </w:pPr>
      <w:r w:rsidRPr="00EC7CA9">
        <w:rPr>
          <w:sz w:val="26"/>
          <w:szCs w:val="26"/>
        </w:rPr>
        <w:t>- Bảo đảm việc làm và thực hiện đầy đủ những điều đã cam kết trong hợp đồng bốc xếp hàng hóa của lao động.</w:t>
      </w:r>
    </w:p>
    <w:p w14:paraId="689B7C10" w14:textId="77777777" w:rsidR="005941C2" w:rsidRPr="00EC7CA9" w:rsidRDefault="00000000" w:rsidP="00EC7CA9">
      <w:pPr>
        <w:jc w:val="both"/>
        <w:rPr>
          <w:sz w:val="26"/>
          <w:szCs w:val="26"/>
        </w:rPr>
      </w:pPr>
      <w:r w:rsidRPr="00EC7CA9">
        <w:rPr>
          <w:sz w:val="26"/>
          <w:szCs w:val="26"/>
        </w:rPr>
        <w:t>- Thanh toán đầy đủ, đúng thời hạn các chế độ và quyền lợi cho người lao động theo hợp đồng lao động, thỏa ước lao động tập thể (nếu có).</w:t>
      </w:r>
    </w:p>
    <w:p w14:paraId="2FF351F2" w14:textId="77777777" w:rsidR="005941C2" w:rsidRPr="00EC7CA9" w:rsidRDefault="00000000" w:rsidP="00EC7CA9">
      <w:pPr>
        <w:jc w:val="both"/>
        <w:rPr>
          <w:sz w:val="26"/>
          <w:szCs w:val="26"/>
        </w:rPr>
      </w:pPr>
      <w:r w:rsidRPr="00EC7CA9">
        <w:rPr>
          <w:sz w:val="26"/>
          <w:szCs w:val="26"/>
        </w:rPr>
        <w:t>4.2. Quyền hạn:</w:t>
      </w:r>
    </w:p>
    <w:p w14:paraId="249B8C7A" w14:textId="77777777" w:rsidR="005941C2" w:rsidRPr="00EC7CA9" w:rsidRDefault="00000000" w:rsidP="00EC7CA9">
      <w:pPr>
        <w:jc w:val="both"/>
        <w:rPr>
          <w:sz w:val="26"/>
          <w:szCs w:val="26"/>
        </w:rPr>
      </w:pPr>
      <w:r w:rsidRPr="00EC7CA9">
        <w:rPr>
          <w:sz w:val="26"/>
          <w:szCs w:val="26"/>
        </w:rPr>
        <w:t>- Điều hành người lao động hoàn thành công việc theo hợp đồng bốc xếp hàng hóa (bố trí, điều chuyến, tạm ngừng việc?).</w:t>
      </w:r>
    </w:p>
    <w:p w14:paraId="7E68FCCF" w14:textId="77777777" w:rsidR="005941C2" w:rsidRPr="00EC7CA9" w:rsidRDefault="00000000" w:rsidP="00EC7CA9">
      <w:pPr>
        <w:jc w:val="both"/>
        <w:rPr>
          <w:sz w:val="26"/>
          <w:szCs w:val="26"/>
        </w:rPr>
      </w:pPr>
      <w:r w:rsidRPr="00EC7CA9">
        <w:rPr>
          <w:sz w:val="26"/>
          <w:szCs w:val="26"/>
        </w:rPr>
        <w:t>- Tạm hoãn, chấm dứt hợp đồng lao động, kỷ luật người lao động theo quy định của pháp luật, thỏa ước lao động tập thể (nếu có) và nội quy lao động của doanh nghiệp.</w:t>
      </w:r>
    </w:p>
    <w:p w14:paraId="1CB77EE6" w14:textId="77777777" w:rsidR="005941C2" w:rsidRPr="00EC7CA9" w:rsidRDefault="00000000" w:rsidP="00EC7CA9">
      <w:pPr>
        <w:jc w:val="both"/>
        <w:rPr>
          <w:sz w:val="26"/>
          <w:szCs w:val="26"/>
        </w:rPr>
      </w:pPr>
      <w:r w:rsidRPr="00EC7CA9">
        <w:rPr>
          <w:b/>
          <w:sz w:val="26"/>
          <w:szCs w:val="26"/>
        </w:rPr>
        <w:t>Điều 5: Giá trị hợp đồng, tiến độ thực hiện và phương thức thanh toán</w:t>
      </w:r>
    </w:p>
    <w:p w14:paraId="468BEE09" w14:textId="77777777" w:rsidR="005941C2" w:rsidRPr="00EC7CA9" w:rsidRDefault="00000000" w:rsidP="00EC7CA9">
      <w:pPr>
        <w:jc w:val="both"/>
        <w:rPr>
          <w:sz w:val="26"/>
          <w:szCs w:val="26"/>
        </w:rPr>
      </w:pPr>
      <w:r w:rsidRPr="00EC7CA9">
        <w:rPr>
          <w:sz w:val="26"/>
          <w:szCs w:val="26"/>
        </w:rPr>
        <w:t>5.1. Giá trị hợp đồng bốc xếp hàng hóa</w:t>
      </w:r>
    </w:p>
    <w:p w14:paraId="013796C1" w14:textId="77777777" w:rsidR="005941C2" w:rsidRPr="00EC7CA9" w:rsidRDefault="00000000" w:rsidP="00EC7CA9">
      <w:pPr>
        <w:jc w:val="both"/>
        <w:rPr>
          <w:sz w:val="26"/>
          <w:szCs w:val="26"/>
        </w:rPr>
      </w:pPr>
      <w:r w:rsidRPr="00EC7CA9">
        <w:rPr>
          <w:sz w:val="26"/>
          <w:szCs w:val="26"/>
        </w:rPr>
        <w:t>Tổng giá trị của hợp đồng là ………………………</w:t>
      </w:r>
      <w:proofErr w:type="gramStart"/>
      <w:r w:rsidRPr="00EC7CA9">
        <w:rPr>
          <w:sz w:val="26"/>
          <w:szCs w:val="26"/>
        </w:rPr>
        <w:t>…(</w:t>
      </w:r>
      <w:proofErr w:type="gramEnd"/>
      <w:r w:rsidRPr="00EC7CA9">
        <w:rPr>
          <w:sz w:val="26"/>
          <w:szCs w:val="26"/>
        </w:rPr>
        <w:t>……………………VNĐ). Giá dịch vụ đã bao gồm thuế giá trị gia tăng (VAT) và các khoản phí phụ thu.</w:t>
      </w:r>
    </w:p>
    <w:p w14:paraId="4C9F2887" w14:textId="77777777" w:rsidR="005941C2" w:rsidRPr="00EC7CA9" w:rsidRDefault="00000000" w:rsidP="00EC7CA9">
      <w:pPr>
        <w:jc w:val="both"/>
        <w:rPr>
          <w:sz w:val="26"/>
          <w:szCs w:val="26"/>
        </w:rPr>
      </w:pPr>
      <w:r w:rsidRPr="00EC7CA9">
        <w:rPr>
          <w:sz w:val="26"/>
          <w:szCs w:val="26"/>
        </w:rPr>
        <w:t>Chi phí thanh toán cụ thể và chi tiết được quy định tại phụ lục hợp đồng này.</w:t>
      </w:r>
    </w:p>
    <w:p w14:paraId="10E2A8A6" w14:textId="77777777" w:rsidR="005941C2" w:rsidRPr="00EC7CA9" w:rsidRDefault="00000000" w:rsidP="00EC7CA9">
      <w:pPr>
        <w:jc w:val="both"/>
        <w:rPr>
          <w:sz w:val="26"/>
          <w:szCs w:val="26"/>
        </w:rPr>
      </w:pPr>
      <w:r w:rsidRPr="00EC7CA9">
        <w:rPr>
          <w:sz w:val="26"/>
          <w:szCs w:val="26"/>
        </w:rPr>
        <w:lastRenderedPageBreak/>
        <w:t>5.2. Tiến độ thực hiện:</w:t>
      </w:r>
    </w:p>
    <w:p w14:paraId="626CB2EE" w14:textId="77777777" w:rsidR="005941C2" w:rsidRPr="00EC7CA9" w:rsidRDefault="00000000" w:rsidP="00EC7CA9">
      <w:pPr>
        <w:jc w:val="both"/>
        <w:rPr>
          <w:sz w:val="26"/>
          <w:szCs w:val="26"/>
        </w:rPr>
      </w:pPr>
      <w:r w:rsidRPr="00EC7CA9">
        <w:rPr>
          <w:sz w:val="26"/>
          <w:szCs w:val="26"/>
        </w:rPr>
        <w:t>- Lần 1: Bên A thanh toán cho Bên B 10% tổng giá trị hợp đồng bốc xếp hàng hóa trong vòng ... ngày kể từ ngày ký kết hợp đồng.</w:t>
      </w:r>
    </w:p>
    <w:p w14:paraId="7F19515D" w14:textId="77777777" w:rsidR="005941C2" w:rsidRPr="00EC7CA9" w:rsidRDefault="00000000" w:rsidP="00EC7CA9">
      <w:pPr>
        <w:jc w:val="both"/>
        <w:rPr>
          <w:sz w:val="26"/>
          <w:szCs w:val="26"/>
        </w:rPr>
      </w:pPr>
      <w:r w:rsidRPr="00EC7CA9">
        <w:rPr>
          <w:sz w:val="26"/>
          <w:szCs w:val="26"/>
        </w:rPr>
        <w:t>- Lần 2: Bên A thanh toán cho Bên B 40% tổng giá trị hợp đồng trong vòng ... ngày kể từ ngày Bên B hoàn thành đợt bốc xếp hàng hóa thứ ...</w:t>
      </w:r>
    </w:p>
    <w:p w14:paraId="09535520" w14:textId="77777777" w:rsidR="005941C2" w:rsidRPr="00EC7CA9" w:rsidRDefault="00000000" w:rsidP="00EC7CA9">
      <w:pPr>
        <w:jc w:val="both"/>
        <w:rPr>
          <w:sz w:val="26"/>
          <w:szCs w:val="26"/>
        </w:rPr>
      </w:pPr>
      <w:r w:rsidRPr="00EC7CA9">
        <w:rPr>
          <w:sz w:val="26"/>
          <w:szCs w:val="26"/>
        </w:rPr>
        <w:t>- Lần 3: Bên A thanh toán nốt cho Bên B 50% tổng giá trị hợp đồng trong vòng ... ngày kể từ ngày Bên B hoàn thành bốc xếp đợt hàng cuối cho Bên A.</w:t>
      </w:r>
    </w:p>
    <w:p w14:paraId="5CF55529" w14:textId="77777777" w:rsidR="005941C2" w:rsidRPr="00EC7CA9" w:rsidRDefault="00000000" w:rsidP="00EC7CA9">
      <w:pPr>
        <w:jc w:val="both"/>
        <w:rPr>
          <w:sz w:val="26"/>
          <w:szCs w:val="26"/>
        </w:rPr>
      </w:pPr>
      <w:r w:rsidRPr="00EC7CA9">
        <w:rPr>
          <w:sz w:val="26"/>
          <w:szCs w:val="26"/>
        </w:rPr>
        <w:t>5.3. Phương thức thanh toán:</w:t>
      </w:r>
    </w:p>
    <w:p w14:paraId="4AD0EA00" w14:textId="77777777" w:rsidR="005941C2" w:rsidRPr="00EC7CA9" w:rsidRDefault="00000000" w:rsidP="00EC7CA9">
      <w:pPr>
        <w:jc w:val="both"/>
        <w:rPr>
          <w:sz w:val="26"/>
          <w:szCs w:val="26"/>
        </w:rPr>
      </w:pPr>
      <w:r w:rsidRPr="00EC7CA9">
        <w:rPr>
          <w:sz w:val="26"/>
          <w:szCs w:val="26"/>
        </w:rPr>
        <w:t>Bên A sẽ thanh toán cho Bên B bằng cách chuyển khoản qua tài khoản ngân hàng theo thông tin như sau:</w:t>
      </w:r>
    </w:p>
    <w:p w14:paraId="4BADCF40" w14:textId="77777777" w:rsidR="005941C2" w:rsidRPr="00EC7CA9" w:rsidRDefault="00000000" w:rsidP="00EC7CA9">
      <w:pPr>
        <w:jc w:val="both"/>
        <w:rPr>
          <w:sz w:val="26"/>
          <w:szCs w:val="26"/>
        </w:rPr>
      </w:pPr>
      <w:r w:rsidRPr="00EC7CA9">
        <w:rPr>
          <w:sz w:val="26"/>
          <w:szCs w:val="26"/>
        </w:rPr>
        <w:t>Số tài khoản: …………………………………………</w:t>
      </w:r>
    </w:p>
    <w:p w14:paraId="65F4AE81" w14:textId="77777777" w:rsidR="005941C2" w:rsidRPr="00EC7CA9" w:rsidRDefault="00000000" w:rsidP="00EC7CA9">
      <w:pPr>
        <w:jc w:val="both"/>
        <w:rPr>
          <w:sz w:val="26"/>
          <w:szCs w:val="26"/>
        </w:rPr>
      </w:pPr>
      <w:r w:rsidRPr="00EC7CA9">
        <w:rPr>
          <w:sz w:val="26"/>
          <w:szCs w:val="26"/>
        </w:rPr>
        <w:t>Chủ tài khoản: …………………………………………</w:t>
      </w:r>
    </w:p>
    <w:p w14:paraId="76D7660C" w14:textId="77777777" w:rsidR="005941C2" w:rsidRPr="00EC7CA9" w:rsidRDefault="00000000" w:rsidP="00EC7CA9">
      <w:pPr>
        <w:jc w:val="both"/>
        <w:rPr>
          <w:sz w:val="26"/>
          <w:szCs w:val="26"/>
        </w:rPr>
      </w:pPr>
      <w:r w:rsidRPr="00EC7CA9">
        <w:rPr>
          <w:sz w:val="26"/>
          <w:szCs w:val="26"/>
        </w:rPr>
        <w:t>Ngân hàng: …………………………………………</w:t>
      </w:r>
    </w:p>
    <w:p w14:paraId="4072DCBC" w14:textId="77777777" w:rsidR="005941C2" w:rsidRPr="00EC7CA9" w:rsidRDefault="00000000" w:rsidP="00EC7CA9">
      <w:pPr>
        <w:jc w:val="both"/>
        <w:rPr>
          <w:sz w:val="26"/>
          <w:szCs w:val="26"/>
        </w:rPr>
      </w:pPr>
      <w:r w:rsidRPr="00EC7CA9">
        <w:rPr>
          <w:sz w:val="26"/>
          <w:szCs w:val="26"/>
        </w:rPr>
        <w:t>5.4. Trường hợp thanh toán chậm:</w:t>
      </w:r>
    </w:p>
    <w:p w14:paraId="118AF43D" w14:textId="77777777" w:rsidR="005941C2" w:rsidRPr="00EC7CA9" w:rsidRDefault="00000000" w:rsidP="00EC7CA9">
      <w:pPr>
        <w:jc w:val="both"/>
        <w:rPr>
          <w:sz w:val="26"/>
          <w:szCs w:val="26"/>
        </w:rPr>
      </w:pPr>
      <w:r w:rsidRPr="00EC7CA9">
        <w:rPr>
          <w:sz w:val="26"/>
          <w:szCs w:val="26"/>
        </w:rPr>
        <w:t>Bên A phải thanh toán chi phí đúng thời hạn và đầy đủ cho Bên B. Thời hạn thanh toán chậm tối đa là ... ngày kể từ ngày phải thanh toán theo quy định trong hợp đồng.</w:t>
      </w:r>
    </w:p>
    <w:p w14:paraId="1AC876C5" w14:textId="77777777" w:rsidR="005941C2" w:rsidRPr="00EC7CA9" w:rsidRDefault="00000000" w:rsidP="00EC7CA9">
      <w:pPr>
        <w:jc w:val="both"/>
        <w:rPr>
          <w:sz w:val="26"/>
          <w:szCs w:val="26"/>
        </w:rPr>
      </w:pPr>
      <w:r w:rsidRPr="00EC7CA9">
        <w:rPr>
          <w:sz w:val="26"/>
          <w:szCs w:val="26"/>
        </w:rPr>
        <w:t>Sau ngày thứ... chậm thanh toán, Bên A phải chịu phạt lãi chậm thanh toán theo mức lãi suất tăng 1%/ngày chậm thanh toán (nhưng không quá 8% giá trị hợp đồng) và bồi thường nếu có thiệt hại theo quy định của pháp luật.</w:t>
      </w:r>
    </w:p>
    <w:p w14:paraId="1781164C" w14:textId="77777777" w:rsidR="005941C2" w:rsidRPr="00EC7CA9" w:rsidRDefault="00000000" w:rsidP="00EC7CA9">
      <w:pPr>
        <w:jc w:val="both"/>
        <w:rPr>
          <w:sz w:val="26"/>
          <w:szCs w:val="26"/>
        </w:rPr>
      </w:pPr>
      <w:r w:rsidRPr="00EC7CA9">
        <w:rPr>
          <w:sz w:val="26"/>
          <w:szCs w:val="26"/>
        </w:rPr>
        <w:t>Trường hợp Bên A chậm thanh toán cho Bên B quá ... ngày, Bên B có quyền đơn phương chấm dứt hợp đồng bốc xếp hàng hóa với Bên A. Bên A phải chịu phạt ...% tổng giá trị hợp đồng và bồi thường thiệt hại (nếu có).</w:t>
      </w:r>
    </w:p>
    <w:p w14:paraId="4E4113F6" w14:textId="77777777" w:rsidR="005941C2" w:rsidRPr="00EC7CA9" w:rsidRDefault="00000000" w:rsidP="00EC7CA9">
      <w:pPr>
        <w:jc w:val="both"/>
        <w:rPr>
          <w:sz w:val="26"/>
          <w:szCs w:val="26"/>
        </w:rPr>
      </w:pPr>
      <w:r w:rsidRPr="00EC7CA9">
        <w:rPr>
          <w:b/>
          <w:sz w:val="26"/>
          <w:szCs w:val="26"/>
        </w:rPr>
        <w:t>Điều 6: Các biện pháp xử lý vi phạm hợp đồng</w:t>
      </w:r>
    </w:p>
    <w:p w14:paraId="31A7A09B" w14:textId="77777777" w:rsidR="005941C2" w:rsidRPr="00EC7CA9" w:rsidRDefault="00000000" w:rsidP="00EC7CA9">
      <w:pPr>
        <w:jc w:val="both"/>
        <w:rPr>
          <w:sz w:val="26"/>
          <w:szCs w:val="26"/>
        </w:rPr>
      </w:pPr>
      <w:r w:rsidRPr="00EC7CA9">
        <w:rPr>
          <w:sz w:val="26"/>
          <w:szCs w:val="26"/>
        </w:rPr>
        <w:t>6.1. Nếu một bên vi phạm bất cứ điều khoản nào trong hợp đồng thì phải chịu mức phạt vi phạm theo thỏa thuận nhưng không quá 8% giá trị hợp đồng.</w:t>
      </w:r>
    </w:p>
    <w:p w14:paraId="06C924CB" w14:textId="77777777" w:rsidR="005941C2" w:rsidRPr="00EC7CA9" w:rsidRDefault="00000000" w:rsidP="00EC7CA9">
      <w:pPr>
        <w:jc w:val="both"/>
        <w:rPr>
          <w:sz w:val="26"/>
          <w:szCs w:val="26"/>
        </w:rPr>
      </w:pPr>
      <w:r w:rsidRPr="00EC7CA9">
        <w:rPr>
          <w:sz w:val="26"/>
          <w:szCs w:val="26"/>
        </w:rPr>
        <w:t xml:space="preserve">6.2. Giá trị bồi thường thiệt hại mà bên vi phạm phải bồi thường bao gồm giá trị tổn thất thực tế, trực tiếp mà bên bị vi phạm phải chịu do bên vi phạm gây ra và </w:t>
      </w:r>
      <w:r w:rsidRPr="00EC7CA9">
        <w:rPr>
          <w:sz w:val="26"/>
          <w:szCs w:val="26"/>
        </w:rPr>
        <w:lastRenderedPageBreak/>
        <w:t>khoản lợi trực tiếp mà bên bị vi phạm đáng lẽ được hưởng nếu không có hành vi vi phạm.</w:t>
      </w:r>
    </w:p>
    <w:p w14:paraId="6D9521FC" w14:textId="77777777" w:rsidR="005941C2" w:rsidRPr="00EC7CA9" w:rsidRDefault="00000000" w:rsidP="00EC7CA9">
      <w:pPr>
        <w:jc w:val="both"/>
        <w:rPr>
          <w:sz w:val="26"/>
          <w:szCs w:val="26"/>
        </w:rPr>
      </w:pPr>
      <w:r w:rsidRPr="00EC7CA9">
        <w:rPr>
          <w:sz w:val="26"/>
          <w:szCs w:val="26"/>
        </w:rPr>
        <w:t>6.3. Chi phí kiểm tra xác minh lỗi vi phạm và thiệt hại gây ra do bên có hành vi vi phạm có trách nhiệm chi trả.</w:t>
      </w:r>
    </w:p>
    <w:p w14:paraId="0D45C121" w14:textId="77777777" w:rsidR="005941C2" w:rsidRDefault="00000000" w:rsidP="00EC7CA9">
      <w:pPr>
        <w:jc w:val="both"/>
        <w:rPr>
          <w:b/>
          <w:sz w:val="26"/>
          <w:szCs w:val="26"/>
        </w:rPr>
      </w:pPr>
      <w:r w:rsidRPr="00EC7CA9">
        <w:rPr>
          <w:b/>
          <w:sz w:val="26"/>
          <w:szCs w:val="26"/>
        </w:rPr>
        <w:t xml:space="preserve">Điều 7: Đơn phương </w:t>
      </w:r>
      <w:proofErr w:type="spellStart"/>
      <w:r w:rsidRPr="00EC7CA9">
        <w:rPr>
          <w:b/>
          <w:sz w:val="26"/>
          <w:szCs w:val="26"/>
        </w:rPr>
        <w:t>chấm</w:t>
      </w:r>
      <w:proofErr w:type="spellEnd"/>
      <w:r w:rsidRPr="00EC7CA9">
        <w:rPr>
          <w:b/>
          <w:sz w:val="26"/>
          <w:szCs w:val="26"/>
        </w:rPr>
        <w:t xml:space="preserve"> </w:t>
      </w:r>
      <w:proofErr w:type="spellStart"/>
      <w:r w:rsidRPr="00EC7CA9">
        <w:rPr>
          <w:b/>
          <w:sz w:val="26"/>
          <w:szCs w:val="26"/>
        </w:rPr>
        <w:t>dứt</w:t>
      </w:r>
      <w:proofErr w:type="spellEnd"/>
      <w:r w:rsidRPr="00EC7CA9">
        <w:rPr>
          <w:b/>
          <w:sz w:val="26"/>
          <w:szCs w:val="26"/>
        </w:rPr>
        <w:t xml:space="preserve"> </w:t>
      </w:r>
      <w:proofErr w:type="spellStart"/>
      <w:r w:rsidRPr="00EC7CA9">
        <w:rPr>
          <w:b/>
          <w:sz w:val="26"/>
          <w:szCs w:val="26"/>
        </w:rPr>
        <w:t>hợp</w:t>
      </w:r>
      <w:proofErr w:type="spellEnd"/>
      <w:r w:rsidRPr="00EC7CA9">
        <w:rPr>
          <w:b/>
          <w:sz w:val="26"/>
          <w:szCs w:val="26"/>
        </w:rPr>
        <w:t xml:space="preserve"> </w:t>
      </w:r>
      <w:proofErr w:type="spellStart"/>
      <w:r w:rsidRPr="00EC7CA9">
        <w:rPr>
          <w:b/>
          <w:sz w:val="26"/>
          <w:szCs w:val="26"/>
        </w:rPr>
        <w:t>đồng</w:t>
      </w:r>
      <w:proofErr w:type="spellEnd"/>
    </w:p>
    <w:p w14:paraId="2E75744E" w14:textId="4C606782" w:rsidR="00EC7CA9" w:rsidRPr="00EC7CA9" w:rsidRDefault="00EC7CA9" w:rsidP="00EC7CA9">
      <w:pPr>
        <w:jc w:val="both"/>
        <w:rPr>
          <w:bCs/>
          <w:sz w:val="26"/>
          <w:szCs w:val="26"/>
        </w:rPr>
      </w:pPr>
      <w:r w:rsidRPr="00EC7CA9">
        <w:rPr>
          <w:bCs/>
          <w:sz w:val="26"/>
          <w:szCs w:val="26"/>
        </w:rPr>
        <w:t xml:space="preserve">7.1. Các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không</w:t>
      </w:r>
      <w:proofErr w:type="spellEnd"/>
      <w:r w:rsidRPr="00EC7CA9">
        <w:rPr>
          <w:bCs/>
          <w:sz w:val="26"/>
          <w:szCs w:val="26"/>
        </w:rPr>
        <w:t xml:space="preserve"> </w:t>
      </w:r>
      <w:proofErr w:type="spellStart"/>
      <w:r w:rsidRPr="00EC7CA9">
        <w:rPr>
          <w:bCs/>
          <w:sz w:val="26"/>
          <w:szCs w:val="26"/>
        </w:rPr>
        <w:t>được</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trừ</w:t>
      </w:r>
      <w:proofErr w:type="spellEnd"/>
      <w:r w:rsidRPr="00EC7CA9">
        <w:rPr>
          <w:bCs/>
          <w:sz w:val="26"/>
          <w:szCs w:val="26"/>
        </w:rPr>
        <w:t xml:space="preserve"> </w:t>
      </w:r>
      <w:proofErr w:type="spellStart"/>
      <w:r w:rsidRPr="00EC7CA9">
        <w:rPr>
          <w:bCs/>
          <w:sz w:val="26"/>
          <w:szCs w:val="26"/>
        </w:rPr>
        <w:t>trường</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pháp</w:t>
      </w:r>
      <w:proofErr w:type="spellEnd"/>
      <w:r w:rsidRPr="00EC7CA9">
        <w:rPr>
          <w:bCs/>
          <w:sz w:val="26"/>
          <w:szCs w:val="26"/>
        </w:rPr>
        <w:t xml:space="preserve"> </w:t>
      </w:r>
      <w:proofErr w:type="spellStart"/>
      <w:r w:rsidRPr="00EC7CA9">
        <w:rPr>
          <w:bCs/>
          <w:sz w:val="26"/>
          <w:szCs w:val="26"/>
        </w:rPr>
        <w:t>luật</w:t>
      </w:r>
      <w:proofErr w:type="spellEnd"/>
      <w:r w:rsidRPr="00EC7CA9">
        <w:rPr>
          <w:bCs/>
          <w:sz w:val="26"/>
          <w:szCs w:val="26"/>
        </w:rPr>
        <w:t xml:space="preserve"> </w:t>
      </w:r>
      <w:proofErr w:type="spellStart"/>
      <w:r w:rsidRPr="00EC7CA9">
        <w:rPr>
          <w:bCs/>
          <w:sz w:val="26"/>
          <w:szCs w:val="26"/>
        </w:rPr>
        <w:t>quy</w:t>
      </w:r>
      <w:proofErr w:type="spellEnd"/>
      <w:r w:rsidRPr="00EC7CA9">
        <w:rPr>
          <w:bCs/>
          <w:sz w:val="26"/>
          <w:szCs w:val="26"/>
        </w:rPr>
        <w:t xml:space="preserve"> </w:t>
      </w:r>
      <w:proofErr w:type="spellStart"/>
      <w:r w:rsidRPr="00EC7CA9">
        <w:rPr>
          <w:bCs/>
          <w:sz w:val="26"/>
          <w:szCs w:val="26"/>
        </w:rPr>
        <w:t>định</w:t>
      </w:r>
      <w:proofErr w:type="spellEnd"/>
      <w:r w:rsidRPr="00EC7CA9">
        <w:rPr>
          <w:bCs/>
          <w:sz w:val="26"/>
          <w:szCs w:val="26"/>
        </w:rPr>
        <w:t xml:space="preserve"> </w:t>
      </w:r>
      <w:proofErr w:type="spellStart"/>
      <w:r w:rsidRPr="00EC7CA9">
        <w:rPr>
          <w:bCs/>
          <w:sz w:val="26"/>
          <w:szCs w:val="26"/>
        </w:rPr>
        <w:t>khác</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bồi</w:t>
      </w:r>
      <w:proofErr w:type="spellEnd"/>
      <w:r w:rsidRPr="00EC7CA9">
        <w:rPr>
          <w:bCs/>
          <w:sz w:val="26"/>
          <w:szCs w:val="26"/>
        </w:rPr>
        <w:t xml:space="preserve"> </w:t>
      </w:r>
      <w:proofErr w:type="spellStart"/>
      <w:r w:rsidRPr="00EC7CA9">
        <w:rPr>
          <w:bCs/>
          <w:sz w:val="26"/>
          <w:szCs w:val="26"/>
        </w:rPr>
        <w:t>thường</w:t>
      </w:r>
      <w:proofErr w:type="spellEnd"/>
      <w:r w:rsidRPr="00EC7CA9">
        <w:rPr>
          <w:bCs/>
          <w:sz w:val="26"/>
          <w:szCs w:val="26"/>
        </w:rPr>
        <w:t xml:space="preserve"> ...%</w:t>
      </w:r>
    </w:p>
    <w:p w14:paraId="50BB0F88" w14:textId="19617F61" w:rsidR="00EC7CA9" w:rsidRPr="00EC7CA9" w:rsidRDefault="00EC7CA9" w:rsidP="00EC7CA9">
      <w:pPr>
        <w:jc w:val="both"/>
        <w:rPr>
          <w:bCs/>
          <w:sz w:val="26"/>
          <w:szCs w:val="26"/>
        </w:rPr>
      </w:pPr>
      <w:proofErr w:type="spellStart"/>
      <w:r w:rsidRPr="00EC7CA9">
        <w:rPr>
          <w:bCs/>
          <w:sz w:val="26"/>
          <w:szCs w:val="26"/>
        </w:rPr>
        <w:t>tổng</w:t>
      </w:r>
      <w:proofErr w:type="spellEnd"/>
      <w:r w:rsidRPr="00EC7CA9">
        <w:rPr>
          <w:bCs/>
          <w:sz w:val="26"/>
          <w:szCs w:val="26"/>
        </w:rPr>
        <w:t xml:space="preserve"> </w:t>
      </w:r>
      <w:proofErr w:type="spellStart"/>
      <w:r w:rsidRPr="00EC7CA9">
        <w:rPr>
          <w:bCs/>
          <w:sz w:val="26"/>
          <w:szCs w:val="26"/>
        </w:rPr>
        <w:t>giá</w:t>
      </w:r>
      <w:proofErr w:type="spellEnd"/>
      <w:r w:rsidRPr="00EC7CA9">
        <w:rPr>
          <w:bCs/>
          <w:sz w:val="26"/>
          <w:szCs w:val="26"/>
        </w:rPr>
        <w:t xml:space="preserve"> </w:t>
      </w:r>
      <w:proofErr w:type="spellStart"/>
      <w:r w:rsidRPr="00EC7CA9">
        <w:rPr>
          <w:bCs/>
          <w:sz w:val="26"/>
          <w:szCs w:val="26"/>
        </w:rPr>
        <w:t>trị</w:t>
      </w:r>
      <w:proofErr w:type="spellEnd"/>
      <w:r w:rsidRPr="00EC7CA9">
        <w:rPr>
          <w:bCs/>
          <w:sz w:val="26"/>
          <w:szCs w:val="26"/>
        </w:rPr>
        <w:t xml:space="preserve"> </w:t>
      </w:r>
      <w:proofErr w:type="spellStart"/>
      <w:r w:rsidRPr="00EC7CA9">
        <w:rPr>
          <w:bCs/>
          <w:sz w:val="26"/>
          <w:szCs w:val="26"/>
        </w:rPr>
        <w:t>của</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này</w:t>
      </w:r>
      <w:proofErr w:type="spellEnd"/>
      <w:r w:rsidRPr="00EC7CA9">
        <w:rPr>
          <w:bCs/>
          <w:sz w:val="26"/>
          <w:szCs w:val="26"/>
        </w:rPr>
        <w:t xml:space="preserve"> </w:t>
      </w:r>
      <w:proofErr w:type="spellStart"/>
      <w:r w:rsidRPr="00EC7CA9">
        <w:rPr>
          <w:bCs/>
          <w:sz w:val="26"/>
          <w:szCs w:val="26"/>
        </w:rPr>
        <w:t>cho</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kia </w:t>
      </w:r>
      <w:proofErr w:type="spellStart"/>
      <w:r w:rsidRPr="00EC7CA9">
        <w:rPr>
          <w:bCs/>
          <w:sz w:val="26"/>
          <w:szCs w:val="26"/>
        </w:rPr>
        <w:t>và</w:t>
      </w:r>
      <w:proofErr w:type="spellEnd"/>
      <w:r w:rsidRPr="00EC7CA9">
        <w:rPr>
          <w:bCs/>
          <w:sz w:val="26"/>
          <w:szCs w:val="26"/>
        </w:rPr>
        <w:t xml:space="preserve"> </w:t>
      </w:r>
      <w:proofErr w:type="spellStart"/>
      <w:r w:rsidRPr="00EC7CA9">
        <w:rPr>
          <w:bCs/>
          <w:sz w:val="26"/>
          <w:szCs w:val="26"/>
        </w:rPr>
        <w:t>bồi</w:t>
      </w:r>
      <w:proofErr w:type="spellEnd"/>
      <w:r w:rsidRPr="00EC7CA9">
        <w:rPr>
          <w:bCs/>
          <w:sz w:val="26"/>
          <w:szCs w:val="26"/>
        </w:rPr>
        <w:t xml:space="preserve"> </w:t>
      </w:r>
      <w:proofErr w:type="spellStart"/>
      <w:r w:rsidRPr="00EC7CA9">
        <w:rPr>
          <w:bCs/>
          <w:sz w:val="26"/>
          <w:szCs w:val="26"/>
        </w:rPr>
        <w:t>thường</w:t>
      </w:r>
      <w:proofErr w:type="spellEnd"/>
      <w:r w:rsidRPr="00EC7CA9">
        <w:rPr>
          <w:bCs/>
          <w:sz w:val="26"/>
          <w:szCs w:val="26"/>
        </w:rPr>
        <w:t xml:space="preserve"> </w:t>
      </w:r>
      <w:proofErr w:type="spellStart"/>
      <w:r w:rsidRPr="00EC7CA9">
        <w:rPr>
          <w:bCs/>
          <w:sz w:val="26"/>
          <w:szCs w:val="26"/>
        </w:rPr>
        <w:t>thiệt</w:t>
      </w:r>
      <w:proofErr w:type="spellEnd"/>
      <w:r w:rsidRPr="00EC7CA9">
        <w:rPr>
          <w:bCs/>
          <w:sz w:val="26"/>
          <w:szCs w:val="26"/>
        </w:rPr>
        <w:t xml:space="preserve"> </w:t>
      </w:r>
      <w:proofErr w:type="spellStart"/>
      <w:r w:rsidRPr="00EC7CA9">
        <w:rPr>
          <w:bCs/>
          <w:sz w:val="26"/>
          <w:szCs w:val="26"/>
        </w:rPr>
        <w:t>hại</w:t>
      </w:r>
      <w:proofErr w:type="spellEnd"/>
      <w:r w:rsidRPr="00EC7CA9">
        <w:rPr>
          <w:bCs/>
          <w:sz w:val="26"/>
          <w:szCs w:val="26"/>
        </w:rPr>
        <w:t xml:space="preserve"> (</w:t>
      </w:r>
      <w:proofErr w:type="spellStart"/>
      <w:r w:rsidRPr="00EC7CA9">
        <w:rPr>
          <w:bCs/>
          <w:sz w:val="26"/>
          <w:szCs w:val="26"/>
        </w:rPr>
        <w:t>nếu</w:t>
      </w:r>
      <w:proofErr w:type="spellEnd"/>
      <w:r w:rsidRPr="00EC7CA9">
        <w:rPr>
          <w:bCs/>
          <w:sz w:val="26"/>
          <w:szCs w:val="26"/>
        </w:rPr>
        <w:t xml:space="preserve"> </w:t>
      </w:r>
      <w:proofErr w:type="spellStart"/>
      <w:r w:rsidRPr="00EC7CA9">
        <w:rPr>
          <w:bCs/>
          <w:sz w:val="26"/>
          <w:szCs w:val="26"/>
        </w:rPr>
        <w:t>có</w:t>
      </w:r>
      <w:proofErr w:type="spellEnd"/>
      <w:r w:rsidRPr="00EC7CA9">
        <w:rPr>
          <w:bCs/>
          <w:sz w:val="26"/>
          <w:szCs w:val="26"/>
        </w:rPr>
        <w:t xml:space="preserve">), </w:t>
      </w:r>
      <w:proofErr w:type="spellStart"/>
      <w:r w:rsidRPr="00EC7CA9">
        <w:rPr>
          <w:bCs/>
          <w:sz w:val="26"/>
          <w:szCs w:val="26"/>
        </w:rPr>
        <w:t>trừ</w:t>
      </w:r>
      <w:proofErr w:type="spellEnd"/>
      <w:r w:rsidRPr="00EC7CA9">
        <w:rPr>
          <w:bCs/>
          <w:sz w:val="26"/>
          <w:szCs w:val="26"/>
        </w:rPr>
        <w:t xml:space="preserve"> </w:t>
      </w:r>
      <w:proofErr w:type="spellStart"/>
      <w:r w:rsidRPr="00EC7CA9">
        <w:rPr>
          <w:bCs/>
          <w:sz w:val="26"/>
          <w:szCs w:val="26"/>
        </w:rPr>
        <w:t>trường</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chứng</w:t>
      </w:r>
      <w:proofErr w:type="spellEnd"/>
      <w:r w:rsidRPr="00EC7CA9">
        <w:rPr>
          <w:bCs/>
          <w:sz w:val="26"/>
          <w:szCs w:val="26"/>
        </w:rPr>
        <w:t xml:space="preserve"> </w:t>
      </w:r>
      <w:proofErr w:type="spellStart"/>
      <w:r w:rsidRPr="00EC7CA9">
        <w:rPr>
          <w:bCs/>
          <w:sz w:val="26"/>
          <w:szCs w:val="26"/>
        </w:rPr>
        <w:t>minh</w:t>
      </w:r>
      <w:proofErr w:type="spellEnd"/>
      <w:r w:rsidRPr="00EC7CA9">
        <w:rPr>
          <w:bCs/>
          <w:sz w:val="26"/>
          <w:szCs w:val="26"/>
        </w:rPr>
        <w:t xml:space="preserve"> </w:t>
      </w:r>
      <w:proofErr w:type="spellStart"/>
      <w:r w:rsidRPr="00EC7CA9">
        <w:rPr>
          <w:bCs/>
          <w:sz w:val="26"/>
          <w:szCs w:val="26"/>
        </w:rPr>
        <w:t>được</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kia </w:t>
      </w:r>
      <w:proofErr w:type="spellStart"/>
      <w:r w:rsidRPr="00EC7CA9">
        <w:rPr>
          <w:bCs/>
          <w:sz w:val="26"/>
          <w:szCs w:val="26"/>
        </w:rPr>
        <w:t>có</w:t>
      </w:r>
      <w:proofErr w:type="spellEnd"/>
      <w:r w:rsidRPr="00EC7CA9">
        <w:rPr>
          <w:bCs/>
          <w:sz w:val="26"/>
          <w:szCs w:val="26"/>
        </w:rPr>
        <w:t xml:space="preserve"> vi </w:t>
      </w:r>
      <w:proofErr w:type="spellStart"/>
      <w:r w:rsidRPr="00EC7CA9">
        <w:rPr>
          <w:bCs/>
          <w:sz w:val="26"/>
          <w:szCs w:val="26"/>
        </w:rPr>
        <w:t>phạm</w:t>
      </w:r>
      <w:proofErr w:type="spellEnd"/>
      <w:r w:rsidRPr="00EC7CA9">
        <w:rPr>
          <w:bCs/>
          <w:sz w:val="26"/>
          <w:szCs w:val="26"/>
        </w:rPr>
        <w:t xml:space="preserve"> </w:t>
      </w:r>
      <w:proofErr w:type="spellStart"/>
      <w:r w:rsidRPr="00EC7CA9">
        <w:rPr>
          <w:bCs/>
          <w:sz w:val="26"/>
          <w:szCs w:val="26"/>
        </w:rPr>
        <w:t>cơ</w:t>
      </w:r>
      <w:proofErr w:type="spellEnd"/>
      <w:r w:rsidRPr="00EC7CA9">
        <w:rPr>
          <w:bCs/>
          <w:sz w:val="26"/>
          <w:szCs w:val="26"/>
        </w:rPr>
        <w:t xml:space="preserve"> </w:t>
      </w:r>
      <w:proofErr w:type="spellStart"/>
      <w:r w:rsidRPr="00EC7CA9">
        <w:rPr>
          <w:bCs/>
          <w:sz w:val="26"/>
          <w:szCs w:val="26"/>
        </w:rPr>
        <w:t>bản</w:t>
      </w:r>
      <w:proofErr w:type="spellEnd"/>
      <w:r w:rsidRPr="00EC7CA9">
        <w:rPr>
          <w:bCs/>
          <w:sz w:val="26"/>
          <w:szCs w:val="26"/>
        </w:rPr>
        <w:t xml:space="preserve"> </w:t>
      </w:r>
      <w:proofErr w:type="spellStart"/>
      <w:r w:rsidRPr="00EC7CA9">
        <w:rPr>
          <w:bCs/>
          <w:sz w:val="26"/>
          <w:szCs w:val="26"/>
        </w:rPr>
        <w:t>nghĩa</w:t>
      </w:r>
      <w:proofErr w:type="spellEnd"/>
      <w:r w:rsidRPr="00EC7CA9">
        <w:rPr>
          <w:bCs/>
          <w:sz w:val="26"/>
          <w:szCs w:val="26"/>
        </w:rPr>
        <w:t xml:space="preserve"> </w:t>
      </w:r>
      <w:proofErr w:type="spellStart"/>
      <w:r w:rsidRPr="00EC7CA9">
        <w:rPr>
          <w:bCs/>
          <w:sz w:val="26"/>
          <w:szCs w:val="26"/>
        </w:rPr>
        <w:t>vụ</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hoặc</w:t>
      </w:r>
      <w:proofErr w:type="spellEnd"/>
      <w:r w:rsidRPr="00EC7CA9">
        <w:rPr>
          <w:bCs/>
          <w:sz w:val="26"/>
          <w:szCs w:val="26"/>
        </w:rPr>
        <w:t xml:space="preserve"> </w:t>
      </w:r>
      <w:proofErr w:type="spellStart"/>
      <w:r w:rsidRPr="00EC7CA9">
        <w:rPr>
          <w:bCs/>
          <w:sz w:val="26"/>
          <w:szCs w:val="26"/>
        </w:rPr>
        <w:t>các</w:t>
      </w:r>
      <w:proofErr w:type="spellEnd"/>
      <w:r w:rsidRPr="00EC7CA9">
        <w:rPr>
          <w:bCs/>
          <w:sz w:val="26"/>
          <w:szCs w:val="26"/>
        </w:rPr>
        <w:t xml:space="preserve"> </w:t>
      </w:r>
      <w:proofErr w:type="spellStart"/>
      <w:r w:rsidRPr="00EC7CA9">
        <w:rPr>
          <w:bCs/>
          <w:sz w:val="26"/>
          <w:szCs w:val="26"/>
        </w:rPr>
        <w:t>trường</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khác</w:t>
      </w:r>
      <w:proofErr w:type="spellEnd"/>
      <w:r w:rsidRPr="00EC7CA9">
        <w:rPr>
          <w:bCs/>
          <w:sz w:val="26"/>
          <w:szCs w:val="26"/>
        </w:rPr>
        <w:t xml:space="preserve"> </w:t>
      </w:r>
      <w:proofErr w:type="spellStart"/>
      <w:r w:rsidRPr="00EC7CA9">
        <w:rPr>
          <w:bCs/>
          <w:sz w:val="26"/>
          <w:szCs w:val="26"/>
        </w:rPr>
        <w:t>được</w:t>
      </w:r>
      <w:proofErr w:type="spellEnd"/>
      <w:r w:rsidRPr="00EC7CA9">
        <w:rPr>
          <w:bCs/>
          <w:sz w:val="26"/>
          <w:szCs w:val="26"/>
        </w:rPr>
        <w:t xml:space="preserve"> </w:t>
      </w:r>
      <w:proofErr w:type="spellStart"/>
      <w:r w:rsidRPr="00EC7CA9">
        <w:rPr>
          <w:bCs/>
          <w:sz w:val="26"/>
          <w:szCs w:val="26"/>
        </w:rPr>
        <w:t>quy</w:t>
      </w:r>
      <w:proofErr w:type="spellEnd"/>
      <w:r w:rsidRPr="00EC7CA9">
        <w:rPr>
          <w:bCs/>
          <w:sz w:val="26"/>
          <w:szCs w:val="26"/>
        </w:rPr>
        <w:t xml:space="preserve"> </w:t>
      </w:r>
      <w:proofErr w:type="spellStart"/>
      <w:r w:rsidRPr="00EC7CA9">
        <w:rPr>
          <w:bCs/>
          <w:sz w:val="26"/>
          <w:szCs w:val="26"/>
        </w:rPr>
        <w:t>định</w:t>
      </w:r>
      <w:proofErr w:type="spellEnd"/>
      <w:r w:rsidRPr="00EC7CA9">
        <w:rPr>
          <w:bCs/>
          <w:sz w:val="26"/>
          <w:szCs w:val="26"/>
        </w:rPr>
        <w:t xml:space="preserve"> </w:t>
      </w:r>
      <w:proofErr w:type="spellStart"/>
      <w:r w:rsidRPr="00EC7CA9">
        <w:rPr>
          <w:bCs/>
          <w:sz w:val="26"/>
          <w:szCs w:val="26"/>
        </w:rPr>
        <w:t>trong</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w:t>
      </w:r>
    </w:p>
    <w:p w14:paraId="15941944" w14:textId="243827F4" w:rsidR="00EC7CA9" w:rsidRPr="00EC7CA9" w:rsidRDefault="00EC7CA9" w:rsidP="00EC7CA9">
      <w:pPr>
        <w:jc w:val="both"/>
        <w:rPr>
          <w:bCs/>
          <w:sz w:val="26"/>
          <w:szCs w:val="26"/>
        </w:rPr>
      </w:pPr>
      <w:r w:rsidRPr="00EC7CA9">
        <w:rPr>
          <w:bCs/>
          <w:sz w:val="26"/>
          <w:szCs w:val="26"/>
        </w:rPr>
        <w:t xml:space="preserve">7.2. Các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có</w:t>
      </w:r>
      <w:proofErr w:type="spellEnd"/>
      <w:r w:rsidRPr="00EC7CA9">
        <w:rPr>
          <w:bCs/>
          <w:sz w:val="26"/>
          <w:szCs w:val="26"/>
        </w:rPr>
        <w:t xml:space="preserve"> </w:t>
      </w:r>
      <w:proofErr w:type="spellStart"/>
      <w:r w:rsidRPr="00EC7CA9">
        <w:rPr>
          <w:bCs/>
          <w:sz w:val="26"/>
          <w:szCs w:val="26"/>
        </w:rPr>
        <w:t>quyền</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theo</w:t>
      </w:r>
      <w:proofErr w:type="spellEnd"/>
      <w:r w:rsidRPr="00EC7CA9">
        <w:rPr>
          <w:bCs/>
          <w:sz w:val="26"/>
          <w:szCs w:val="26"/>
        </w:rPr>
        <w:t xml:space="preserve"> </w:t>
      </w:r>
      <w:proofErr w:type="spellStart"/>
      <w:r w:rsidRPr="00EC7CA9">
        <w:rPr>
          <w:bCs/>
          <w:sz w:val="26"/>
          <w:szCs w:val="26"/>
        </w:rPr>
        <w:t>quy</w:t>
      </w:r>
      <w:proofErr w:type="spellEnd"/>
      <w:r w:rsidRPr="00EC7CA9">
        <w:rPr>
          <w:bCs/>
          <w:sz w:val="26"/>
          <w:szCs w:val="26"/>
        </w:rPr>
        <w:t xml:space="preserve"> </w:t>
      </w:r>
      <w:proofErr w:type="spellStart"/>
      <w:r w:rsidRPr="00EC7CA9">
        <w:rPr>
          <w:bCs/>
          <w:sz w:val="26"/>
          <w:szCs w:val="26"/>
        </w:rPr>
        <w:t>định</w:t>
      </w:r>
      <w:proofErr w:type="spellEnd"/>
      <w:r w:rsidRPr="00EC7CA9">
        <w:rPr>
          <w:bCs/>
          <w:sz w:val="26"/>
          <w:szCs w:val="26"/>
        </w:rPr>
        <w:t xml:space="preserve"> </w:t>
      </w:r>
      <w:proofErr w:type="spellStart"/>
      <w:r w:rsidRPr="00EC7CA9">
        <w:rPr>
          <w:bCs/>
          <w:sz w:val="26"/>
          <w:szCs w:val="26"/>
        </w:rPr>
        <w:t>pháp</w:t>
      </w:r>
      <w:proofErr w:type="spellEnd"/>
      <w:r w:rsidRPr="00EC7CA9">
        <w:rPr>
          <w:bCs/>
          <w:sz w:val="26"/>
          <w:szCs w:val="26"/>
        </w:rPr>
        <w:t xml:space="preserve"> </w:t>
      </w:r>
      <w:proofErr w:type="spellStart"/>
      <w:r w:rsidRPr="00EC7CA9">
        <w:rPr>
          <w:bCs/>
          <w:sz w:val="26"/>
          <w:szCs w:val="26"/>
        </w:rPr>
        <w:t>luật</w:t>
      </w:r>
      <w:proofErr w:type="spellEnd"/>
      <w:r w:rsidRPr="00EC7CA9">
        <w:rPr>
          <w:bCs/>
          <w:sz w:val="26"/>
          <w:szCs w:val="26"/>
        </w:rPr>
        <w:t xml:space="preserve"> </w:t>
      </w:r>
      <w:proofErr w:type="spellStart"/>
      <w:r w:rsidRPr="00EC7CA9">
        <w:rPr>
          <w:bCs/>
          <w:sz w:val="26"/>
          <w:szCs w:val="26"/>
        </w:rPr>
        <w:t>và</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này</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chứng</w:t>
      </w:r>
      <w:proofErr w:type="spellEnd"/>
      <w:r w:rsidRPr="00EC7CA9">
        <w:rPr>
          <w:bCs/>
          <w:sz w:val="26"/>
          <w:szCs w:val="26"/>
        </w:rPr>
        <w:t xml:space="preserve"> </w:t>
      </w:r>
      <w:proofErr w:type="spellStart"/>
      <w:r w:rsidRPr="00EC7CA9">
        <w:rPr>
          <w:bCs/>
          <w:sz w:val="26"/>
          <w:szCs w:val="26"/>
        </w:rPr>
        <w:t>minh</w:t>
      </w:r>
      <w:proofErr w:type="spellEnd"/>
      <w:r w:rsidRPr="00EC7CA9">
        <w:rPr>
          <w:bCs/>
          <w:sz w:val="26"/>
          <w:szCs w:val="26"/>
        </w:rPr>
        <w:t xml:space="preserve"> </w:t>
      </w:r>
      <w:proofErr w:type="spellStart"/>
      <w:r w:rsidRPr="00EC7CA9">
        <w:rPr>
          <w:bCs/>
          <w:sz w:val="26"/>
          <w:szCs w:val="26"/>
        </w:rPr>
        <w:t>được</w:t>
      </w:r>
      <w:proofErr w:type="spellEnd"/>
      <w:r w:rsidRPr="00EC7CA9">
        <w:rPr>
          <w:bCs/>
          <w:sz w:val="26"/>
          <w:szCs w:val="26"/>
        </w:rPr>
        <w:t xml:space="preserve"> </w:t>
      </w:r>
      <w:proofErr w:type="spellStart"/>
      <w:r w:rsidRPr="00EC7CA9">
        <w:rPr>
          <w:bCs/>
          <w:sz w:val="26"/>
          <w:szCs w:val="26"/>
        </w:rPr>
        <w:t>lỗi</w:t>
      </w:r>
      <w:proofErr w:type="spellEnd"/>
      <w:r w:rsidRPr="00EC7CA9">
        <w:rPr>
          <w:bCs/>
          <w:sz w:val="26"/>
          <w:szCs w:val="26"/>
        </w:rPr>
        <w:t xml:space="preserve"> </w:t>
      </w:r>
      <w:proofErr w:type="spellStart"/>
      <w:r w:rsidRPr="00EC7CA9">
        <w:rPr>
          <w:bCs/>
          <w:sz w:val="26"/>
          <w:szCs w:val="26"/>
        </w:rPr>
        <w:t>của</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kia. Chi </w:t>
      </w:r>
      <w:proofErr w:type="spellStart"/>
      <w:r w:rsidRPr="00EC7CA9">
        <w:rPr>
          <w:bCs/>
          <w:sz w:val="26"/>
          <w:szCs w:val="26"/>
        </w:rPr>
        <w:t>phí</w:t>
      </w:r>
      <w:proofErr w:type="spellEnd"/>
      <w:r w:rsidRPr="00EC7CA9">
        <w:rPr>
          <w:bCs/>
          <w:sz w:val="26"/>
          <w:szCs w:val="26"/>
        </w:rPr>
        <w:t xml:space="preserve"> </w:t>
      </w:r>
      <w:proofErr w:type="spellStart"/>
      <w:r w:rsidRPr="00EC7CA9">
        <w:rPr>
          <w:bCs/>
          <w:sz w:val="26"/>
          <w:szCs w:val="26"/>
        </w:rPr>
        <w:t>kiểm</w:t>
      </w:r>
      <w:proofErr w:type="spellEnd"/>
      <w:r w:rsidRPr="00EC7CA9">
        <w:rPr>
          <w:bCs/>
          <w:sz w:val="26"/>
          <w:szCs w:val="26"/>
        </w:rPr>
        <w:t xml:space="preserve"> </w:t>
      </w:r>
      <w:proofErr w:type="spellStart"/>
      <w:r w:rsidRPr="00EC7CA9">
        <w:rPr>
          <w:bCs/>
          <w:sz w:val="26"/>
          <w:szCs w:val="26"/>
        </w:rPr>
        <w:t>tra</w:t>
      </w:r>
      <w:proofErr w:type="spellEnd"/>
      <w:r w:rsidRPr="00EC7CA9">
        <w:rPr>
          <w:bCs/>
          <w:sz w:val="26"/>
          <w:szCs w:val="26"/>
        </w:rPr>
        <w:t xml:space="preserve"> </w:t>
      </w:r>
      <w:proofErr w:type="spellStart"/>
      <w:r w:rsidRPr="00EC7CA9">
        <w:rPr>
          <w:bCs/>
          <w:sz w:val="26"/>
          <w:szCs w:val="26"/>
        </w:rPr>
        <w:t>xác</w:t>
      </w:r>
      <w:proofErr w:type="spellEnd"/>
      <w:r w:rsidRPr="00EC7CA9">
        <w:rPr>
          <w:bCs/>
          <w:sz w:val="26"/>
          <w:szCs w:val="26"/>
        </w:rPr>
        <w:t xml:space="preserve"> </w:t>
      </w:r>
      <w:proofErr w:type="spellStart"/>
      <w:r w:rsidRPr="00EC7CA9">
        <w:rPr>
          <w:bCs/>
          <w:sz w:val="26"/>
          <w:szCs w:val="26"/>
        </w:rPr>
        <w:t>minh</w:t>
      </w:r>
      <w:proofErr w:type="spellEnd"/>
      <w:r w:rsidRPr="00EC7CA9">
        <w:rPr>
          <w:bCs/>
          <w:sz w:val="26"/>
          <w:szCs w:val="26"/>
        </w:rPr>
        <w:t xml:space="preserve"> </w:t>
      </w:r>
      <w:proofErr w:type="spellStart"/>
      <w:r w:rsidRPr="00EC7CA9">
        <w:rPr>
          <w:bCs/>
          <w:sz w:val="26"/>
          <w:szCs w:val="26"/>
        </w:rPr>
        <w:t>lỗi</w:t>
      </w:r>
      <w:proofErr w:type="spellEnd"/>
      <w:r w:rsidRPr="00EC7CA9">
        <w:rPr>
          <w:bCs/>
          <w:sz w:val="26"/>
          <w:szCs w:val="26"/>
        </w:rPr>
        <w:t xml:space="preserve"> vi </w:t>
      </w:r>
      <w:proofErr w:type="spellStart"/>
      <w:r w:rsidRPr="00EC7CA9">
        <w:rPr>
          <w:bCs/>
          <w:sz w:val="26"/>
          <w:szCs w:val="26"/>
        </w:rPr>
        <w:t>phạm</w:t>
      </w:r>
      <w:proofErr w:type="spellEnd"/>
      <w:r w:rsidRPr="00EC7CA9">
        <w:rPr>
          <w:bCs/>
          <w:sz w:val="26"/>
          <w:szCs w:val="26"/>
        </w:rPr>
        <w:t xml:space="preserve"> </w:t>
      </w:r>
      <w:proofErr w:type="spellStart"/>
      <w:r w:rsidRPr="00EC7CA9">
        <w:rPr>
          <w:bCs/>
          <w:sz w:val="26"/>
          <w:szCs w:val="26"/>
        </w:rPr>
        <w:t>và</w:t>
      </w:r>
      <w:proofErr w:type="spellEnd"/>
      <w:r w:rsidRPr="00EC7CA9">
        <w:rPr>
          <w:bCs/>
          <w:sz w:val="26"/>
          <w:szCs w:val="26"/>
        </w:rPr>
        <w:t xml:space="preserve"> </w:t>
      </w:r>
      <w:proofErr w:type="spellStart"/>
      <w:r w:rsidRPr="00EC7CA9">
        <w:rPr>
          <w:bCs/>
          <w:sz w:val="26"/>
          <w:szCs w:val="26"/>
        </w:rPr>
        <w:t>thiệt</w:t>
      </w:r>
      <w:proofErr w:type="spellEnd"/>
      <w:r w:rsidRPr="00EC7CA9">
        <w:rPr>
          <w:bCs/>
          <w:sz w:val="26"/>
          <w:szCs w:val="26"/>
        </w:rPr>
        <w:t xml:space="preserve"> </w:t>
      </w:r>
      <w:proofErr w:type="spellStart"/>
      <w:r w:rsidRPr="00EC7CA9">
        <w:rPr>
          <w:bCs/>
          <w:sz w:val="26"/>
          <w:szCs w:val="26"/>
        </w:rPr>
        <w:t>hại</w:t>
      </w:r>
      <w:proofErr w:type="spellEnd"/>
      <w:r w:rsidRPr="00EC7CA9">
        <w:rPr>
          <w:bCs/>
          <w:sz w:val="26"/>
          <w:szCs w:val="26"/>
        </w:rPr>
        <w:t xml:space="preserve"> </w:t>
      </w:r>
      <w:proofErr w:type="spellStart"/>
      <w:r w:rsidRPr="00EC7CA9">
        <w:rPr>
          <w:bCs/>
          <w:sz w:val="26"/>
          <w:szCs w:val="26"/>
        </w:rPr>
        <w:t>gây</w:t>
      </w:r>
      <w:proofErr w:type="spellEnd"/>
      <w:r w:rsidRPr="00EC7CA9">
        <w:rPr>
          <w:bCs/>
          <w:sz w:val="26"/>
          <w:szCs w:val="26"/>
        </w:rPr>
        <w:t xml:space="preserve"> </w:t>
      </w:r>
      <w:proofErr w:type="spellStart"/>
      <w:r w:rsidRPr="00EC7CA9">
        <w:rPr>
          <w:bCs/>
          <w:sz w:val="26"/>
          <w:szCs w:val="26"/>
        </w:rPr>
        <w:t>ra</w:t>
      </w:r>
      <w:proofErr w:type="spellEnd"/>
      <w:r w:rsidRPr="00EC7CA9">
        <w:rPr>
          <w:bCs/>
          <w:sz w:val="26"/>
          <w:szCs w:val="26"/>
        </w:rPr>
        <w:t xml:space="preserve"> do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có</w:t>
      </w:r>
      <w:proofErr w:type="spellEnd"/>
      <w:r w:rsidRPr="00EC7CA9">
        <w:rPr>
          <w:bCs/>
          <w:sz w:val="26"/>
          <w:szCs w:val="26"/>
        </w:rPr>
        <w:t xml:space="preserve"> </w:t>
      </w:r>
      <w:proofErr w:type="spellStart"/>
      <w:r w:rsidRPr="00EC7CA9">
        <w:rPr>
          <w:bCs/>
          <w:sz w:val="26"/>
          <w:szCs w:val="26"/>
        </w:rPr>
        <w:t>hành</w:t>
      </w:r>
      <w:proofErr w:type="spellEnd"/>
      <w:r w:rsidRPr="00EC7CA9">
        <w:rPr>
          <w:bCs/>
          <w:sz w:val="26"/>
          <w:szCs w:val="26"/>
        </w:rPr>
        <w:t xml:space="preserve"> vi </w:t>
      </w:r>
      <w:proofErr w:type="spellStart"/>
      <w:r w:rsidRPr="00EC7CA9">
        <w:rPr>
          <w:bCs/>
          <w:sz w:val="26"/>
          <w:szCs w:val="26"/>
        </w:rPr>
        <w:t>vi</w:t>
      </w:r>
      <w:proofErr w:type="spellEnd"/>
      <w:r w:rsidRPr="00EC7CA9">
        <w:rPr>
          <w:bCs/>
          <w:sz w:val="26"/>
          <w:szCs w:val="26"/>
        </w:rPr>
        <w:t xml:space="preserve"> </w:t>
      </w:r>
      <w:proofErr w:type="spellStart"/>
      <w:r w:rsidRPr="00EC7CA9">
        <w:rPr>
          <w:bCs/>
          <w:sz w:val="26"/>
          <w:szCs w:val="26"/>
        </w:rPr>
        <w:t>phạm</w:t>
      </w:r>
      <w:proofErr w:type="spellEnd"/>
      <w:r w:rsidRPr="00EC7CA9">
        <w:rPr>
          <w:bCs/>
          <w:sz w:val="26"/>
          <w:szCs w:val="26"/>
        </w:rPr>
        <w:t xml:space="preserve"> </w:t>
      </w:r>
      <w:proofErr w:type="spellStart"/>
      <w:r w:rsidRPr="00EC7CA9">
        <w:rPr>
          <w:bCs/>
          <w:sz w:val="26"/>
          <w:szCs w:val="26"/>
        </w:rPr>
        <w:t>có</w:t>
      </w:r>
      <w:proofErr w:type="spellEnd"/>
      <w:r w:rsidRPr="00EC7CA9">
        <w:rPr>
          <w:bCs/>
          <w:sz w:val="26"/>
          <w:szCs w:val="26"/>
        </w:rPr>
        <w:t xml:space="preserve"> </w:t>
      </w:r>
      <w:proofErr w:type="spellStart"/>
      <w:r w:rsidRPr="00EC7CA9">
        <w:rPr>
          <w:bCs/>
          <w:sz w:val="26"/>
          <w:szCs w:val="26"/>
        </w:rPr>
        <w:t>trách</w:t>
      </w:r>
      <w:proofErr w:type="spellEnd"/>
      <w:r w:rsidRPr="00EC7CA9">
        <w:rPr>
          <w:bCs/>
          <w:sz w:val="26"/>
          <w:szCs w:val="26"/>
        </w:rPr>
        <w:t xml:space="preserve"> </w:t>
      </w:r>
      <w:proofErr w:type="spellStart"/>
      <w:r w:rsidRPr="00EC7CA9">
        <w:rPr>
          <w:bCs/>
          <w:sz w:val="26"/>
          <w:szCs w:val="26"/>
        </w:rPr>
        <w:t>nhiệm</w:t>
      </w:r>
      <w:proofErr w:type="spellEnd"/>
      <w:r w:rsidRPr="00EC7CA9">
        <w:rPr>
          <w:bCs/>
          <w:sz w:val="26"/>
          <w:szCs w:val="26"/>
        </w:rPr>
        <w:t xml:space="preserve"> chi </w:t>
      </w:r>
      <w:proofErr w:type="spellStart"/>
      <w:r w:rsidRPr="00EC7CA9">
        <w:rPr>
          <w:bCs/>
          <w:sz w:val="26"/>
          <w:szCs w:val="26"/>
        </w:rPr>
        <w:t>trá</w:t>
      </w:r>
      <w:proofErr w:type="spellEnd"/>
      <w:r w:rsidRPr="00EC7CA9">
        <w:rPr>
          <w:bCs/>
          <w:sz w:val="26"/>
          <w:szCs w:val="26"/>
        </w:rPr>
        <w:t>.</w:t>
      </w:r>
    </w:p>
    <w:p w14:paraId="46EDABE6" w14:textId="519060F7" w:rsidR="00EC7CA9" w:rsidRPr="00EC7CA9" w:rsidRDefault="00EC7CA9" w:rsidP="00EC7CA9">
      <w:pPr>
        <w:jc w:val="both"/>
        <w:rPr>
          <w:bCs/>
          <w:sz w:val="26"/>
          <w:szCs w:val="26"/>
        </w:rPr>
      </w:pPr>
      <w:r w:rsidRPr="00EC7CA9">
        <w:rPr>
          <w:bCs/>
          <w:sz w:val="26"/>
          <w:szCs w:val="26"/>
        </w:rPr>
        <w:t xml:space="preserve">Trường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các</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khôi</w:t>
      </w:r>
      <w:proofErr w:type="spellEnd"/>
      <w:r w:rsidRPr="00EC7CA9">
        <w:rPr>
          <w:bCs/>
          <w:sz w:val="26"/>
          <w:szCs w:val="26"/>
        </w:rPr>
        <w:t xml:space="preserve"> </w:t>
      </w:r>
      <w:proofErr w:type="spellStart"/>
      <w:r w:rsidRPr="00EC7CA9">
        <w:rPr>
          <w:bCs/>
          <w:sz w:val="26"/>
          <w:szCs w:val="26"/>
        </w:rPr>
        <w:t>phục</w:t>
      </w:r>
      <w:proofErr w:type="spellEnd"/>
      <w:r w:rsidRPr="00EC7CA9">
        <w:rPr>
          <w:bCs/>
          <w:sz w:val="26"/>
          <w:szCs w:val="26"/>
        </w:rPr>
        <w:t xml:space="preserve"> </w:t>
      </w:r>
      <w:proofErr w:type="spellStart"/>
      <w:r w:rsidRPr="00EC7CA9">
        <w:rPr>
          <w:bCs/>
          <w:sz w:val="26"/>
          <w:szCs w:val="26"/>
        </w:rPr>
        <w:t>lại</w:t>
      </w:r>
      <w:proofErr w:type="spellEnd"/>
      <w:r w:rsidRPr="00EC7CA9">
        <w:rPr>
          <w:bCs/>
          <w:sz w:val="26"/>
          <w:szCs w:val="26"/>
        </w:rPr>
        <w:t xml:space="preserve"> </w:t>
      </w:r>
      <w:proofErr w:type="spellStart"/>
      <w:r w:rsidRPr="00EC7CA9">
        <w:rPr>
          <w:bCs/>
          <w:sz w:val="26"/>
          <w:szCs w:val="26"/>
        </w:rPr>
        <w:t>tình</w:t>
      </w:r>
      <w:proofErr w:type="spellEnd"/>
      <w:r w:rsidRPr="00EC7CA9">
        <w:rPr>
          <w:bCs/>
          <w:sz w:val="26"/>
          <w:szCs w:val="26"/>
        </w:rPr>
        <w:t xml:space="preserve"> </w:t>
      </w:r>
      <w:proofErr w:type="spellStart"/>
      <w:r w:rsidRPr="00EC7CA9">
        <w:rPr>
          <w:bCs/>
          <w:sz w:val="26"/>
          <w:szCs w:val="26"/>
        </w:rPr>
        <w:t>trạng</w:t>
      </w:r>
      <w:proofErr w:type="spellEnd"/>
      <w:r w:rsidRPr="00EC7CA9">
        <w:rPr>
          <w:bCs/>
          <w:sz w:val="26"/>
          <w:szCs w:val="26"/>
        </w:rPr>
        <w:t xml:space="preserve"> ban </w:t>
      </w:r>
      <w:proofErr w:type="spellStart"/>
      <w:r w:rsidRPr="00EC7CA9">
        <w:rPr>
          <w:bCs/>
          <w:sz w:val="26"/>
          <w:szCs w:val="26"/>
        </w:rPr>
        <w:t>đầu</w:t>
      </w:r>
      <w:proofErr w:type="spellEnd"/>
      <w:r w:rsidRPr="00EC7CA9">
        <w:rPr>
          <w:bCs/>
          <w:sz w:val="26"/>
          <w:szCs w:val="26"/>
        </w:rPr>
        <w:t xml:space="preserve">, </w:t>
      </w:r>
      <w:proofErr w:type="spellStart"/>
      <w:r w:rsidRPr="00EC7CA9">
        <w:rPr>
          <w:bCs/>
          <w:sz w:val="26"/>
          <w:szCs w:val="26"/>
        </w:rPr>
        <w:t>hoàn</w:t>
      </w:r>
      <w:proofErr w:type="spellEnd"/>
      <w:r w:rsidRPr="00EC7CA9">
        <w:rPr>
          <w:bCs/>
          <w:sz w:val="26"/>
          <w:szCs w:val="26"/>
        </w:rPr>
        <w:t xml:space="preserve"> </w:t>
      </w:r>
      <w:proofErr w:type="spellStart"/>
      <w:r w:rsidRPr="00EC7CA9">
        <w:rPr>
          <w:bCs/>
          <w:sz w:val="26"/>
          <w:szCs w:val="26"/>
        </w:rPr>
        <w:t>trả</w:t>
      </w:r>
      <w:proofErr w:type="spellEnd"/>
      <w:r w:rsidRPr="00EC7CA9">
        <w:rPr>
          <w:bCs/>
          <w:sz w:val="26"/>
          <w:szCs w:val="26"/>
        </w:rPr>
        <w:t xml:space="preserve"> </w:t>
      </w:r>
      <w:proofErr w:type="spellStart"/>
      <w:r w:rsidRPr="00EC7CA9">
        <w:rPr>
          <w:bCs/>
          <w:sz w:val="26"/>
          <w:szCs w:val="26"/>
        </w:rPr>
        <w:t>cho</w:t>
      </w:r>
      <w:proofErr w:type="spellEnd"/>
      <w:r w:rsidRPr="00EC7CA9">
        <w:rPr>
          <w:bCs/>
          <w:sz w:val="26"/>
          <w:szCs w:val="26"/>
        </w:rPr>
        <w:t xml:space="preserve"> </w:t>
      </w:r>
      <w:proofErr w:type="spellStart"/>
      <w:r w:rsidRPr="00EC7CA9">
        <w:rPr>
          <w:bCs/>
          <w:sz w:val="26"/>
          <w:szCs w:val="26"/>
        </w:rPr>
        <w:t>nhau</w:t>
      </w:r>
      <w:proofErr w:type="spellEnd"/>
      <w:r w:rsidRPr="00EC7CA9">
        <w:rPr>
          <w:bCs/>
          <w:sz w:val="26"/>
          <w:szCs w:val="26"/>
        </w:rPr>
        <w:t xml:space="preserve"> </w:t>
      </w:r>
      <w:proofErr w:type="spellStart"/>
      <w:r w:rsidRPr="00EC7CA9">
        <w:rPr>
          <w:bCs/>
          <w:sz w:val="26"/>
          <w:szCs w:val="26"/>
        </w:rPr>
        <w:t>những</w:t>
      </w:r>
      <w:proofErr w:type="spellEnd"/>
      <w:r w:rsidRPr="00EC7CA9">
        <w:rPr>
          <w:bCs/>
          <w:sz w:val="26"/>
          <w:szCs w:val="26"/>
        </w:rPr>
        <w:t xml:space="preserve"> </w:t>
      </w:r>
      <w:proofErr w:type="spellStart"/>
      <w:r w:rsidRPr="00EC7CA9">
        <w:rPr>
          <w:bCs/>
          <w:sz w:val="26"/>
          <w:szCs w:val="26"/>
        </w:rPr>
        <w:t>gì</w:t>
      </w:r>
      <w:proofErr w:type="spellEnd"/>
      <w:r w:rsidRPr="00EC7CA9">
        <w:rPr>
          <w:bCs/>
          <w:sz w:val="26"/>
          <w:szCs w:val="26"/>
        </w:rPr>
        <w:t xml:space="preserve"> </w:t>
      </w:r>
      <w:proofErr w:type="spellStart"/>
      <w:r w:rsidRPr="00EC7CA9">
        <w:rPr>
          <w:bCs/>
          <w:sz w:val="26"/>
          <w:szCs w:val="26"/>
        </w:rPr>
        <w:t>đã</w:t>
      </w:r>
      <w:proofErr w:type="spellEnd"/>
      <w:r w:rsidRPr="00EC7CA9">
        <w:rPr>
          <w:bCs/>
          <w:sz w:val="26"/>
          <w:szCs w:val="26"/>
        </w:rPr>
        <w:t xml:space="preserve"> </w:t>
      </w:r>
      <w:proofErr w:type="spellStart"/>
      <w:r w:rsidRPr="00EC7CA9">
        <w:rPr>
          <w:bCs/>
          <w:sz w:val="26"/>
          <w:szCs w:val="26"/>
        </w:rPr>
        <w:t>nhận</w:t>
      </w:r>
      <w:proofErr w:type="spellEnd"/>
      <w:r w:rsidRPr="00EC7CA9">
        <w:rPr>
          <w:bCs/>
          <w:sz w:val="26"/>
          <w:szCs w:val="26"/>
        </w:rPr>
        <w:t xml:space="preserve">. </w:t>
      </w:r>
      <w:proofErr w:type="spellStart"/>
      <w:r w:rsidRPr="00EC7CA9">
        <w:rPr>
          <w:bCs/>
          <w:sz w:val="26"/>
          <w:szCs w:val="26"/>
        </w:rPr>
        <w:t>Nếu</w:t>
      </w:r>
      <w:proofErr w:type="spellEnd"/>
      <w:r w:rsidRPr="00EC7CA9">
        <w:rPr>
          <w:bCs/>
          <w:sz w:val="26"/>
          <w:szCs w:val="26"/>
        </w:rPr>
        <w:t xml:space="preserve"> </w:t>
      </w:r>
      <w:proofErr w:type="spellStart"/>
      <w:r w:rsidRPr="00EC7CA9">
        <w:rPr>
          <w:bCs/>
          <w:sz w:val="26"/>
          <w:szCs w:val="26"/>
        </w:rPr>
        <w:t>không</w:t>
      </w:r>
      <w:proofErr w:type="spellEnd"/>
      <w:r w:rsidRPr="00EC7CA9">
        <w:rPr>
          <w:bCs/>
          <w:sz w:val="26"/>
          <w:szCs w:val="26"/>
        </w:rPr>
        <w:t xml:space="preserve"> </w:t>
      </w:r>
      <w:proofErr w:type="spellStart"/>
      <w:r w:rsidRPr="00EC7CA9">
        <w:rPr>
          <w:bCs/>
          <w:sz w:val="26"/>
          <w:szCs w:val="26"/>
        </w:rPr>
        <w:t>thể</w:t>
      </w:r>
      <w:proofErr w:type="spellEnd"/>
      <w:r w:rsidRPr="00EC7CA9">
        <w:rPr>
          <w:bCs/>
          <w:sz w:val="26"/>
          <w:szCs w:val="26"/>
        </w:rPr>
        <w:t xml:space="preserve"> </w:t>
      </w:r>
      <w:proofErr w:type="spellStart"/>
      <w:r w:rsidRPr="00EC7CA9">
        <w:rPr>
          <w:bCs/>
          <w:sz w:val="26"/>
          <w:szCs w:val="26"/>
        </w:rPr>
        <w:t>hoàn</w:t>
      </w:r>
      <w:proofErr w:type="spellEnd"/>
      <w:r w:rsidRPr="00EC7CA9">
        <w:rPr>
          <w:bCs/>
          <w:sz w:val="26"/>
          <w:szCs w:val="26"/>
        </w:rPr>
        <w:t xml:space="preserve"> </w:t>
      </w:r>
      <w:proofErr w:type="spellStart"/>
      <w:r w:rsidRPr="00EC7CA9">
        <w:rPr>
          <w:bCs/>
          <w:sz w:val="26"/>
          <w:szCs w:val="26"/>
        </w:rPr>
        <w:t>trả</w:t>
      </w:r>
      <w:proofErr w:type="spellEnd"/>
      <w:r w:rsidRPr="00EC7CA9">
        <w:rPr>
          <w:bCs/>
          <w:sz w:val="26"/>
          <w:szCs w:val="26"/>
        </w:rPr>
        <w:t xml:space="preserve"> </w:t>
      </w:r>
      <w:proofErr w:type="spellStart"/>
      <w:r w:rsidRPr="00EC7CA9">
        <w:rPr>
          <w:bCs/>
          <w:sz w:val="26"/>
          <w:szCs w:val="26"/>
        </w:rPr>
        <w:t>được</w:t>
      </w:r>
      <w:proofErr w:type="spellEnd"/>
      <w:r w:rsidRPr="00EC7CA9">
        <w:rPr>
          <w:bCs/>
          <w:sz w:val="26"/>
          <w:szCs w:val="26"/>
        </w:rPr>
        <w:t xml:space="preserve"> </w:t>
      </w:r>
      <w:proofErr w:type="spellStart"/>
      <w:r w:rsidRPr="00EC7CA9">
        <w:rPr>
          <w:bCs/>
          <w:sz w:val="26"/>
          <w:szCs w:val="26"/>
        </w:rPr>
        <w:t>bằng</w:t>
      </w:r>
      <w:proofErr w:type="spellEnd"/>
      <w:r w:rsidRPr="00EC7CA9">
        <w:rPr>
          <w:bCs/>
          <w:sz w:val="26"/>
          <w:szCs w:val="26"/>
        </w:rPr>
        <w:t xml:space="preserve"> </w:t>
      </w:r>
      <w:proofErr w:type="spellStart"/>
      <w:r w:rsidRPr="00EC7CA9">
        <w:rPr>
          <w:bCs/>
          <w:sz w:val="26"/>
          <w:szCs w:val="26"/>
        </w:rPr>
        <w:t>hiện</w:t>
      </w:r>
      <w:proofErr w:type="spellEnd"/>
      <w:r w:rsidRPr="00EC7CA9">
        <w:rPr>
          <w:bCs/>
          <w:sz w:val="26"/>
          <w:szCs w:val="26"/>
        </w:rPr>
        <w:t xml:space="preserve"> </w:t>
      </w:r>
      <w:proofErr w:type="spellStart"/>
      <w:r w:rsidRPr="00EC7CA9">
        <w:rPr>
          <w:bCs/>
          <w:sz w:val="26"/>
          <w:szCs w:val="26"/>
        </w:rPr>
        <w:t>vật</w:t>
      </w:r>
      <w:proofErr w:type="spellEnd"/>
      <w:r w:rsidRPr="00EC7CA9">
        <w:rPr>
          <w:bCs/>
          <w:sz w:val="26"/>
          <w:szCs w:val="26"/>
        </w:rPr>
        <w:t xml:space="preserve"> </w:t>
      </w:r>
      <w:proofErr w:type="spellStart"/>
      <w:r w:rsidRPr="00EC7CA9">
        <w:rPr>
          <w:bCs/>
          <w:sz w:val="26"/>
          <w:szCs w:val="26"/>
        </w:rPr>
        <w:t>thì</w:t>
      </w:r>
      <w:proofErr w:type="spellEnd"/>
      <w:r w:rsidRPr="00EC7CA9">
        <w:rPr>
          <w:bCs/>
          <w:sz w:val="26"/>
          <w:szCs w:val="26"/>
        </w:rPr>
        <w:t xml:space="preserve"> </w:t>
      </w:r>
      <w:proofErr w:type="spellStart"/>
      <w:r w:rsidRPr="00EC7CA9">
        <w:rPr>
          <w:bCs/>
          <w:sz w:val="26"/>
          <w:szCs w:val="26"/>
        </w:rPr>
        <w:t>trị</w:t>
      </w:r>
      <w:proofErr w:type="spellEnd"/>
      <w:r w:rsidRPr="00EC7CA9">
        <w:rPr>
          <w:bCs/>
          <w:sz w:val="26"/>
          <w:szCs w:val="26"/>
        </w:rPr>
        <w:t xml:space="preserve"> </w:t>
      </w:r>
      <w:proofErr w:type="spellStart"/>
      <w:r w:rsidRPr="00EC7CA9">
        <w:rPr>
          <w:bCs/>
          <w:sz w:val="26"/>
          <w:szCs w:val="26"/>
        </w:rPr>
        <w:t>giá</w:t>
      </w:r>
      <w:proofErr w:type="spellEnd"/>
      <w:r w:rsidRPr="00EC7CA9">
        <w:rPr>
          <w:bCs/>
          <w:sz w:val="26"/>
          <w:szCs w:val="26"/>
        </w:rPr>
        <w:t xml:space="preserve"> </w:t>
      </w:r>
      <w:proofErr w:type="spellStart"/>
      <w:r w:rsidRPr="00EC7CA9">
        <w:rPr>
          <w:bCs/>
          <w:sz w:val="26"/>
          <w:szCs w:val="26"/>
        </w:rPr>
        <w:t>thành</w:t>
      </w:r>
      <w:proofErr w:type="spellEnd"/>
      <w:r w:rsidRPr="00EC7CA9">
        <w:rPr>
          <w:bCs/>
          <w:sz w:val="26"/>
          <w:szCs w:val="26"/>
        </w:rPr>
        <w:t xml:space="preserve"> </w:t>
      </w:r>
      <w:proofErr w:type="spellStart"/>
      <w:r w:rsidRPr="00EC7CA9">
        <w:rPr>
          <w:bCs/>
          <w:sz w:val="26"/>
          <w:szCs w:val="26"/>
        </w:rPr>
        <w:t>tiền</w:t>
      </w:r>
      <w:proofErr w:type="spellEnd"/>
      <w:r w:rsidRPr="00EC7CA9">
        <w:rPr>
          <w:bCs/>
          <w:sz w:val="26"/>
          <w:szCs w:val="26"/>
        </w:rPr>
        <w:t xml:space="preserve"> </w:t>
      </w:r>
      <w:proofErr w:type="spellStart"/>
      <w:r w:rsidRPr="00EC7CA9">
        <w:rPr>
          <w:bCs/>
          <w:sz w:val="26"/>
          <w:szCs w:val="26"/>
        </w:rPr>
        <w:t>để</w:t>
      </w:r>
      <w:proofErr w:type="spellEnd"/>
      <w:r w:rsidRPr="00EC7CA9">
        <w:rPr>
          <w:bCs/>
          <w:sz w:val="26"/>
          <w:szCs w:val="26"/>
        </w:rPr>
        <w:t xml:space="preserve"> </w:t>
      </w:r>
      <w:proofErr w:type="spellStart"/>
      <w:r w:rsidRPr="00EC7CA9">
        <w:rPr>
          <w:bCs/>
          <w:sz w:val="26"/>
          <w:szCs w:val="26"/>
        </w:rPr>
        <w:t>hoàn</w:t>
      </w:r>
      <w:proofErr w:type="spellEnd"/>
      <w:r w:rsidRPr="00EC7CA9">
        <w:rPr>
          <w:bCs/>
          <w:sz w:val="26"/>
          <w:szCs w:val="26"/>
        </w:rPr>
        <w:t xml:space="preserve"> </w:t>
      </w:r>
      <w:proofErr w:type="spellStart"/>
      <w:r w:rsidRPr="00EC7CA9">
        <w:rPr>
          <w:bCs/>
          <w:sz w:val="26"/>
          <w:szCs w:val="26"/>
        </w:rPr>
        <w:t>trả</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vi </w:t>
      </w:r>
      <w:proofErr w:type="spellStart"/>
      <w:r w:rsidRPr="00EC7CA9">
        <w:rPr>
          <w:bCs/>
          <w:sz w:val="26"/>
          <w:szCs w:val="26"/>
        </w:rPr>
        <w:t>phạm</w:t>
      </w:r>
      <w:proofErr w:type="spellEnd"/>
      <w:r w:rsidRPr="00EC7CA9">
        <w:rPr>
          <w:bCs/>
          <w:sz w:val="26"/>
          <w:szCs w:val="26"/>
        </w:rPr>
        <w:t xml:space="preserve"> </w:t>
      </w:r>
      <w:proofErr w:type="spellStart"/>
      <w:r w:rsidRPr="00EC7CA9">
        <w:rPr>
          <w:bCs/>
          <w:sz w:val="26"/>
          <w:szCs w:val="26"/>
        </w:rPr>
        <w:t>bị</w:t>
      </w:r>
      <w:proofErr w:type="spellEnd"/>
      <w:r w:rsidRPr="00EC7CA9">
        <w:rPr>
          <w:bCs/>
          <w:sz w:val="26"/>
          <w:szCs w:val="26"/>
        </w:rPr>
        <w:t xml:space="preserve"> </w:t>
      </w:r>
      <w:proofErr w:type="spellStart"/>
      <w:r w:rsidRPr="00EC7CA9">
        <w:rPr>
          <w:bCs/>
          <w:sz w:val="26"/>
          <w:szCs w:val="26"/>
        </w:rPr>
        <w:t>phạt</w:t>
      </w:r>
      <w:proofErr w:type="spellEnd"/>
      <w:r w:rsidRPr="00EC7CA9">
        <w:rPr>
          <w:bCs/>
          <w:sz w:val="26"/>
          <w:szCs w:val="26"/>
        </w:rPr>
        <w:t xml:space="preserve"> ...% </w:t>
      </w:r>
      <w:proofErr w:type="spellStart"/>
      <w:r w:rsidRPr="00EC7CA9">
        <w:rPr>
          <w:bCs/>
          <w:sz w:val="26"/>
          <w:szCs w:val="26"/>
        </w:rPr>
        <w:t>giá</w:t>
      </w:r>
      <w:proofErr w:type="spellEnd"/>
      <w:r w:rsidRPr="00EC7CA9">
        <w:rPr>
          <w:bCs/>
          <w:sz w:val="26"/>
          <w:szCs w:val="26"/>
        </w:rPr>
        <w:t xml:space="preserve"> </w:t>
      </w:r>
      <w:proofErr w:type="spellStart"/>
      <w:r w:rsidRPr="00EC7CA9">
        <w:rPr>
          <w:bCs/>
          <w:sz w:val="26"/>
          <w:szCs w:val="26"/>
        </w:rPr>
        <w:t>trị</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và</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bôi</w:t>
      </w:r>
      <w:proofErr w:type="spellEnd"/>
      <w:r w:rsidRPr="00EC7CA9">
        <w:rPr>
          <w:bCs/>
          <w:sz w:val="26"/>
          <w:szCs w:val="26"/>
        </w:rPr>
        <w:t xml:space="preserve"> </w:t>
      </w:r>
      <w:proofErr w:type="spellStart"/>
      <w:r w:rsidRPr="00EC7CA9">
        <w:rPr>
          <w:bCs/>
          <w:sz w:val="26"/>
          <w:szCs w:val="26"/>
        </w:rPr>
        <w:t>thường</w:t>
      </w:r>
      <w:proofErr w:type="spellEnd"/>
      <w:r w:rsidRPr="00EC7CA9">
        <w:rPr>
          <w:bCs/>
          <w:sz w:val="26"/>
          <w:szCs w:val="26"/>
        </w:rPr>
        <w:t xml:space="preserve"> </w:t>
      </w:r>
      <w:proofErr w:type="spellStart"/>
      <w:r w:rsidRPr="00EC7CA9">
        <w:rPr>
          <w:bCs/>
          <w:sz w:val="26"/>
          <w:szCs w:val="26"/>
        </w:rPr>
        <w:t>thiệt</w:t>
      </w:r>
      <w:proofErr w:type="spellEnd"/>
      <w:r w:rsidRPr="00EC7CA9">
        <w:rPr>
          <w:bCs/>
          <w:sz w:val="26"/>
          <w:szCs w:val="26"/>
        </w:rPr>
        <w:t xml:space="preserve"> </w:t>
      </w:r>
      <w:proofErr w:type="spellStart"/>
      <w:r w:rsidRPr="00EC7CA9">
        <w:rPr>
          <w:bCs/>
          <w:sz w:val="26"/>
          <w:szCs w:val="26"/>
        </w:rPr>
        <w:t>hại</w:t>
      </w:r>
      <w:proofErr w:type="spellEnd"/>
      <w:r w:rsidRPr="00EC7CA9">
        <w:rPr>
          <w:bCs/>
          <w:sz w:val="26"/>
          <w:szCs w:val="26"/>
        </w:rPr>
        <w:t xml:space="preserve"> </w:t>
      </w:r>
      <w:proofErr w:type="spellStart"/>
      <w:r w:rsidRPr="00EC7CA9">
        <w:rPr>
          <w:bCs/>
          <w:sz w:val="26"/>
          <w:szCs w:val="26"/>
        </w:rPr>
        <w:t>cho</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bị</w:t>
      </w:r>
      <w:proofErr w:type="spellEnd"/>
      <w:r w:rsidRPr="00EC7CA9">
        <w:rPr>
          <w:bCs/>
          <w:sz w:val="26"/>
          <w:szCs w:val="26"/>
        </w:rPr>
        <w:t xml:space="preserve"> vi </w:t>
      </w:r>
      <w:proofErr w:type="spellStart"/>
      <w:r w:rsidRPr="00EC7CA9">
        <w:rPr>
          <w:bCs/>
          <w:sz w:val="26"/>
          <w:szCs w:val="26"/>
        </w:rPr>
        <w:t>phạm</w:t>
      </w:r>
      <w:proofErr w:type="spellEnd"/>
      <w:r w:rsidRPr="00EC7CA9">
        <w:rPr>
          <w:bCs/>
          <w:sz w:val="26"/>
          <w:szCs w:val="26"/>
        </w:rPr>
        <w:t xml:space="preserve">. </w:t>
      </w:r>
      <w:proofErr w:type="spellStart"/>
      <w:r w:rsidRPr="00EC7CA9">
        <w:rPr>
          <w:bCs/>
          <w:sz w:val="26"/>
          <w:szCs w:val="26"/>
        </w:rPr>
        <w:t>Ngoài</w:t>
      </w:r>
      <w:proofErr w:type="spellEnd"/>
      <w:r w:rsidRPr="00EC7CA9">
        <w:rPr>
          <w:bCs/>
          <w:sz w:val="26"/>
          <w:szCs w:val="26"/>
        </w:rPr>
        <w:t xml:space="preserve"> </w:t>
      </w:r>
      <w:proofErr w:type="spellStart"/>
      <w:r w:rsidRPr="00EC7CA9">
        <w:rPr>
          <w:bCs/>
          <w:sz w:val="26"/>
          <w:szCs w:val="26"/>
        </w:rPr>
        <w:t>ra</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ngay</w:t>
      </w:r>
      <w:proofErr w:type="spellEnd"/>
      <w:r w:rsidRPr="00EC7CA9">
        <w:rPr>
          <w:bCs/>
          <w:sz w:val="26"/>
          <w:szCs w:val="26"/>
        </w:rPr>
        <w:t xml:space="preserve"> </w:t>
      </w:r>
      <w:proofErr w:type="spellStart"/>
      <w:r w:rsidRPr="00EC7CA9">
        <w:rPr>
          <w:bCs/>
          <w:sz w:val="26"/>
          <w:szCs w:val="26"/>
        </w:rPr>
        <w:t>tình</w:t>
      </w:r>
      <w:proofErr w:type="spellEnd"/>
      <w:r w:rsidRPr="00EC7CA9">
        <w:rPr>
          <w:bCs/>
          <w:sz w:val="26"/>
          <w:szCs w:val="26"/>
        </w:rPr>
        <w:t xml:space="preserve"> </w:t>
      </w:r>
      <w:proofErr w:type="spellStart"/>
      <w:r w:rsidRPr="00EC7CA9">
        <w:rPr>
          <w:bCs/>
          <w:sz w:val="26"/>
          <w:szCs w:val="26"/>
        </w:rPr>
        <w:t>trong</w:t>
      </w:r>
      <w:proofErr w:type="spellEnd"/>
      <w:r w:rsidRPr="00EC7CA9">
        <w:rPr>
          <w:bCs/>
          <w:sz w:val="26"/>
          <w:szCs w:val="26"/>
        </w:rPr>
        <w:t xml:space="preserve"> </w:t>
      </w:r>
      <w:proofErr w:type="spellStart"/>
      <w:r w:rsidRPr="00EC7CA9">
        <w:rPr>
          <w:bCs/>
          <w:sz w:val="26"/>
          <w:szCs w:val="26"/>
        </w:rPr>
        <w:t>việc</w:t>
      </w:r>
      <w:proofErr w:type="spellEnd"/>
      <w:r w:rsidRPr="00EC7CA9">
        <w:rPr>
          <w:bCs/>
          <w:sz w:val="26"/>
          <w:szCs w:val="26"/>
        </w:rPr>
        <w:t xml:space="preserve"> </w:t>
      </w:r>
      <w:proofErr w:type="spellStart"/>
      <w:r w:rsidRPr="00EC7CA9">
        <w:rPr>
          <w:bCs/>
          <w:sz w:val="26"/>
          <w:szCs w:val="26"/>
        </w:rPr>
        <w:t>thu</w:t>
      </w:r>
      <w:proofErr w:type="spellEnd"/>
      <w:r w:rsidRPr="00EC7CA9">
        <w:rPr>
          <w:bCs/>
          <w:sz w:val="26"/>
          <w:szCs w:val="26"/>
        </w:rPr>
        <w:t xml:space="preserve"> </w:t>
      </w:r>
      <w:proofErr w:type="spellStart"/>
      <w:r w:rsidRPr="00EC7CA9">
        <w:rPr>
          <w:bCs/>
          <w:sz w:val="26"/>
          <w:szCs w:val="26"/>
        </w:rPr>
        <w:t>hoa</w:t>
      </w:r>
      <w:proofErr w:type="spellEnd"/>
      <w:r w:rsidRPr="00EC7CA9">
        <w:rPr>
          <w:bCs/>
          <w:sz w:val="26"/>
          <w:szCs w:val="26"/>
        </w:rPr>
        <w:t xml:space="preserve"> </w:t>
      </w:r>
      <w:proofErr w:type="spellStart"/>
      <w:r w:rsidRPr="00EC7CA9">
        <w:rPr>
          <w:bCs/>
          <w:sz w:val="26"/>
          <w:szCs w:val="26"/>
        </w:rPr>
        <w:t>lợi</w:t>
      </w:r>
      <w:proofErr w:type="spellEnd"/>
      <w:r w:rsidRPr="00EC7CA9">
        <w:rPr>
          <w:bCs/>
          <w:sz w:val="26"/>
          <w:szCs w:val="26"/>
        </w:rPr>
        <w:t xml:space="preserve">, </w:t>
      </w:r>
      <w:proofErr w:type="spellStart"/>
      <w:r w:rsidRPr="00EC7CA9">
        <w:rPr>
          <w:bCs/>
          <w:sz w:val="26"/>
          <w:szCs w:val="26"/>
        </w:rPr>
        <w:t>lợi</w:t>
      </w:r>
      <w:proofErr w:type="spellEnd"/>
      <w:r w:rsidRPr="00EC7CA9">
        <w:rPr>
          <w:bCs/>
          <w:sz w:val="26"/>
          <w:szCs w:val="26"/>
        </w:rPr>
        <w:t xml:space="preserve"> </w:t>
      </w:r>
      <w:proofErr w:type="spellStart"/>
      <w:r w:rsidRPr="00EC7CA9">
        <w:rPr>
          <w:bCs/>
          <w:sz w:val="26"/>
          <w:szCs w:val="26"/>
        </w:rPr>
        <w:t>tức</w:t>
      </w:r>
      <w:proofErr w:type="spellEnd"/>
      <w:r w:rsidRPr="00EC7CA9">
        <w:rPr>
          <w:bCs/>
          <w:sz w:val="26"/>
          <w:szCs w:val="26"/>
        </w:rPr>
        <w:t xml:space="preserve"> </w:t>
      </w:r>
      <w:proofErr w:type="spellStart"/>
      <w:r w:rsidRPr="00EC7CA9">
        <w:rPr>
          <w:bCs/>
          <w:sz w:val="26"/>
          <w:szCs w:val="26"/>
        </w:rPr>
        <w:t>không</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hoàn</w:t>
      </w:r>
      <w:proofErr w:type="spellEnd"/>
      <w:r w:rsidRPr="00EC7CA9">
        <w:rPr>
          <w:bCs/>
          <w:sz w:val="26"/>
          <w:szCs w:val="26"/>
        </w:rPr>
        <w:t xml:space="preserve"> </w:t>
      </w:r>
      <w:proofErr w:type="spellStart"/>
      <w:r w:rsidRPr="00EC7CA9">
        <w:rPr>
          <w:bCs/>
          <w:sz w:val="26"/>
          <w:szCs w:val="26"/>
        </w:rPr>
        <w:t>trả</w:t>
      </w:r>
      <w:proofErr w:type="spellEnd"/>
      <w:r w:rsidRPr="00EC7CA9">
        <w:rPr>
          <w:bCs/>
          <w:sz w:val="26"/>
          <w:szCs w:val="26"/>
        </w:rPr>
        <w:t xml:space="preserve"> </w:t>
      </w:r>
      <w:proofErr w:type="spellStart"/>
      <w:r w:rsidRPr="00EC7CA9">
        <w:rPr>
          <w:bCs/>
          <w:sz w:val="26"/>
          <w:szCs w:val="26"/>
        </w:rPr>
        <w:t>lại</w:t>
      </w:r>
      <w:proofErr w:type="spellEnd"/>
      <w:r w:rsidRPr="00EC7CA9">
        <w:rPr>
          <w:bCs/>
          <w:sz w:val="26"/>
          <w:szCs w:val="26"/>
        </w:rPr>
        <w:t xml:space="preserve"> </w:t>
      </w:r>
      <w:proofErr w:type="spellStart"/>
      <w:r w:rsidRPr="00EC7CA9">
        <w:rPr>
          <w:bCs/>
          <w:sz w:val="26"/>
          <w:szCs w:val="26"/>
        </w:rPr>
        <w:t>hoa</w:t>
      </w:r>
      <w:proofErr w:type="spellEnd"/>
      <w:r w:rsidRPr="00EC7CA9">
        <w:rPr>
          <w:bCs/>
          <w:sz w:val="26"/>
          <w:szCs w:val="26"/>
        </w:rPr>
        <w:t xml:space="preserve"> </w:t>
      </w:r>
      <w:proofErr w:type="spellStart"/>
      <w:r w:rsidRPr="00EC7CA9">
        <w:rPr>
          <w:bCs/>
          <w:sz w:val="26"/>
          <w:szCs w:val="26"/>
        </w:rPr>
        <w:t>lợi</w:t>
      </w:r>
      <w:proofErr w:type="spellEnd"/>
      <w:r w:rsidRPr="00EC7CA9">
        <w:rPr>
          <w:bCs/>
          <w:sz w:val="26"/>
          <w:szCs w:val="26"/>
        </w:rPr>
        <w:t xml:space="preserve">, </w:t>
      </w:r>
      <w:proofErr w:type="spellStart"/>
      <w:r w:rsidRPr="00EC7CA9">
        <w:rPr>
          <w:bCs/>
          <w:sz w:val="26"/>
          <w:szCs w:val="26"/>
        </w:rPr>
        <w:t>lợi</w:t>
      </w:r>
      <w:proofErr w:type="spellEnd"/>
      <w:r w:rsidRPr="00EC7CA9">
        <w:rPr>
          <w:bCs/>
          <w:sz w:val="26"/>
          <w:szCs w:val="26"/>
        </w:rPr>
        <w:t xml:space="preserve"> </w:t>
      </w:r>
      <w:proofErr w:type="spellStart"/>
      <w:r w:rsidRPr="00EC7CA9">
        <w:rPr>
          <w:bCs/>
          <w:sz w:val="26"/>
          <w:szCs w:val="26"/>
        </w:rPr>
        <w:t>tức</w:t>
      </w:r>
      <w:proofErr w:type="spellEnd"/>
      <w:r w:rsidRPr="00EC7CA9">
        <w:rPr>
          <w:bCs/>
          <w:sz w:val="26"/>
          <w:szCs w:val="26"/>
        </w:rPr>
        <w:t xml:space="preserve"> </w:t>
      </w:r>
      <w:proofErr w:type="spellStart"/>
      <w:r w:rsidRPr="00EC7CA9">
        <w:rPr>
          <w:bCs/>
          <w:sz w:val="26"/>
          <w:szCs w:val="26"/>
        </w:rPr>
        <w:t>đó</w:t>
      </w:r>
      <w:proofErr w:type="spellEnd"/>
      <w:r w:rsidRPr="00EC7CA9">
        <w:rPr>
          <w:bCs/>
          <w:sz w:val="26"/>
          <w:szCs w:val="26"/>
        </w:rPr>
        <w:t>.</w:t>
      </w:r>
    </w:p>
    <w:p w14:paraId="4093C8B0" w14:textId="2AE4BD1F" w:rsidR="00EC7CA9" w:rsidRPr="00EC7CA9" w:rsidRDefault="00EC7CA9" w:rsidP="00EC7CA9">
      <w:pPr>
        <w:jc w:val="both"/>
        <w:rPr>
          <w:bCs/>
          <w:sz w:val="26"/>
          <w:szCs w:val="26"/>
        </w:rPr>
      </w:pPr>
      <w:r w:rsidRPr="00EC7CA9">
        <w:rPr>
          <w:bCs/>
          <w:sz w:val="26"/>
          <w:szCs w:val="26"/>
        </w:rPr>
        <w:t xml:space="preserve">7.3.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đơn</w:t>
      </w:r>
      <w:proofErr w:type="spellEnd"/>
      <w:r w:rsidRPr="00EC7CA9">
        <w:rPr>
          <w:bCs/>
          <w:sz w:val="26"/>
          <w:szCs w:val="26"/>
        </w:rPr>
        <w:t xml:space="preserve"> </w:t>
      </w:r>
      <w:proofErr w:type="spellStart"/>
      <w:r w:rsidRPr="00EC7CA9">
        <w:rPr>
          <w:bCs/>
          <w:sz w:val="26"/>
          <w:szCs w:val="26"/>
        </w:rPr>
        <w:t>phương</w:t>
      </w:r>
      <w:proofErr w:type="spellEnd"/>
      <w:r w:rsidRPr="00EC7CA9">
        <w:rPr>
          <w:bCs/>
          <w:sz w:val="26"/>
          <w:szCs w:val="26"/>
        </w:rPr>
        <w:t xml:space="preserve"> </w:t>
      </w:r>
      <w:proofErr w:type="spellStart"/>
      <w:r w:rsidRPr="00EC7CA9">
        <w:rPr>
          <w:bCs/>
          <w:sz w:val="26"/>
          <w:szCs w:val="26"/>
        </w:rPr>
        <w:t>chấm</w:t>
      </w:r>
      <w:proofErr w:type="spellEnd"/>
      <w:r w:rsidRPr="00EC7CA9">
        <w:rPr>
          <w:bCs/>
          <w:sz w:val="26"/>
          <w:szCs w:val="26"/>
        </w:rPr>
        <w:t xml:space="preserve"> </w:t>
      </w:r>
      <w:proofErr w:type="spellStart"/>
      <w:r w:rsidRPr="00EC7CA9">
        <w:rPr>
          <w:bCs/>
          <w:sz w:val="26"/>
          <w:szCs w:val="26"/>
        </w:rPr>
        <w:t>dứt</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thông</w:t>
      </w:r>
      <w:proofErr w:type="spellEnd"/>
      <w:r w:rsidRPr="00EC7CA9">
        <w:rPr>
          <w:bCs/>
          <w:sz w:val="26"/>
          <w:szCs w:val="26"/>
        </w:rPr>
        <w:t xml:space="preserve"> </w:t>
      </w:r>
      <w:proofErr w:type="spellStart"/>
      <w:r w:rsidRPr="00EC7CA9">
        <w:rPr>
          <w:bCs/>
          <w:sz w:val="26"/>
          <w:szCs w:val="26"/>
        </w:rPr>
        <w:t>báo</w:t>
      </w:r>
      <w:proofErr w:type="spellEnd"/>
      <w:r w:rsidRPr="00EC7CA9">
        <w:rPr>
          <w:bCs/>
          <w:sz w:val="26"/>
          <w:szCs w:val="26"/>
        </w:rPr>
        <w:t xml:space="preserve"> </w:t>
      </w:r>
      <w:proofErr w:type="spellStart"/>
      <w:r w:rsidRPr="00EC7CA9">
        <w:rPr>
          <w:bCs/>
          <w:sz w:val="26"/>
          <w:szCs w:val="26"/>
        </w:rPr>
        <w:t>cho</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còn</w:t>
      </w:r>
      <w:proofErr w:type="spellEnd"/>
      <w:r w:rsidRPr="00EC7CA9">
        <w:rPr>
          <w:bCs/>
          <w:sz w:val="26"/>
          <w:szCs w:val="26"/>
        </w:rPr>
        <w:t xml:space="preserve"> </w:t>
      </w:r>
      <w:proofErr w:type="spellStart"/>
      <w:r w:rsidRPr="00EC7CA9">
        <w:rPr>
          <w:bCs/>
          <w:sz w:val="26"/>
          <w:szCs w:val="26"/>
        </w:rPr>
        <w:t>lại</w:t>
      </w:r>
      <w:proofErr w:type="spellEnd"/>
      <w:r w:rsidRPr="00EC7CA9">
        <w:rPr>
          <w:bCs/>
          <w:sz w:val="26"/>
          <w:szCs w:val="26"/>
        </w:rPr>
        <w:t xml:space="preserve"> </w:t>
      </w:r>
      <w:proofErr w:type="spellStart"/>
      <w:r w:rsidRPr="00EC7CA9">
        <w:rPr>
          <w:bCs/>
          <w:sz w:val="26"/>
          <w:szCs w:val="26"/>
        </w:rPr>
        <w:t>trước</w:t>
      </w:r>
      <w:proofErr w:type="spellEnd"/>
      <w:r w:rsidRPr="00EC7CA9">
        <w:rPr>
          <w:bCs/>
          <w:sz w:val="26"/>
          <w:szCs w:val="26"/>
        </w:rPr>
        <w:t xml:space="preserve"> </w:t>
      </w:r>
      <w:proofErr w:type="spellStart"/>
      <w:r w:rsidRPr="00EC7CA9">
        <w:rPr>
          <w:bCs/>
          <w:sz w:val="26"/>
          <w:szCs w:val="26"/>
        </w:rPr>
        <w:t>trong</w:t>
      </w:r>
      <w:proofErr w:type="spellEnd"/>
      <w:r w:rsidRPr="00EC7CA9">
        <w:rPr>
          <w:bCs/>
          <w:sz w:val="26"/>
          <w:szCs w:val="26"/>
        </w:rPr>
        <w:t xml:space="preserve"> </w:t>
      </w:r>
      <w:proofErr w:type="spellStart"/>
      <w:r w:rsidRPr="00EC7CA9">
        <w:rPr>
          <w:bCs/>
          <w:sz w:val="26"/>
          <w:szCs w:val="26"/>
        </w:rPr>
        <w:t>vòng</w:t>
      </w:r>
      <w:proofErr w:type="spellEnd"/>
      <w:r w:rsidRPr="00EC7CA9">
        <w:rPr>
          <w:bCs/>
          <w:sz w:val="26"/>
          <w:szCs w:val="26"/>
        </w:rPr>
        <w:t xml:space="preserve"> ... </w:t>
      </w:r>
      <w:proofErr w:type="spellStart"/>
      <w:r w:rsidRPr="00EC7CA9">
        <w:rPr>
          <w:bCs/>
          <w:sz w:val="26"/>
          <w:szCs w:val="26"/>
        </w:rPr>
        <w:t>ngày</w:t>
      </w:r>
      <w:proofErr w:type="spellEnd"/>
      <w:r w:rsidRPr="00EC7CA9">
        <w:rPr>
          <w:bCs/>
          <w:sz w:val="26"/>
          <w:szCs w:val="26"/>
        </w:rPr>
        <w:t xml:space="preserve">. </w:t>
      </w:r>
      <w:proofErr w:type="spellStart"/>
      <w:r w:rsidRPr="00EC7CA9">
        <w:rPr>
          <w:bCs/>
          <w:sz w:val="26"/>
          <w:szCs w:val="26"/>
        </w:rPr>
        <w:t>Nếu</w:t>
      </w:r>
      <w:proofErr w:type="spellEnd"/>
      <w:r w:rsidRPr="00EC7CA9">
        <w:rPr>
          <w:bCs/>
          <w:sz w:val="26"/>
          <w:szCs w:val="26"/>
        </w:rPr>
        <w:t xml:space="preserve"> </w:t>
      </w:r>
      <w:proofErr w:type="spellStart"/>
      <w:r w:rsidRPr="00EC7CA9">
        <w:rPr>
          <w:bCs/>
          <w:sz w:val="26"/>
          <w:szCs w:val="26"/>
        </w:rPr>
        <w:t>thông</w:t>
      </w:r>
      <w:proofErr w:type="spellEnd"/>
      <w:r w:rsidRPr="00EC7CA9">
        <w:rPr>
          <w:bCs/>
          <w:sz w:val="26"/>
          <w:szCs w:val="26"/>
        </w:rPr>
        <w:t xml:space="preserve"> </w:t>
      </w:r>
      <w:proofErr w:type="spellStart"/>
      <w:r w:rsidRPr="00EC7CA9">
        <w:rPr>
          <w:bCs/>
          <w:sz w:val="26"/>
          <w:szCs w:val="26"/>
        </w:rPr>
        <w:t>báo</w:t>
      </w:r>
      <w:proofErr w:type="spellEnd"/>
      <w:r w:rsidRPr="00EC7CA9">
        <w:rPr>
          <w:bCs/>
          <w:sz w:val="26"/>
          <w:szCs w:val="26"/>
        </w:rPr>
        <w:t xml:space="preserve"> </w:t>
      </w:r>
      <w:proofErr w:type="spellStart"/>
      <w:r w:rsidRPr="00EC7CA9">
        <w:rPr>
          <w:bCs/>
          <w:sz w:val="26"/>
          <w:szCs w:val="26"/>
        </w:rPr>
        <w:t>chậm</w:t>
      </w:r>
      <w:proofErr w:type="spellEnd"/>
      <w:r w:rsidRPr="00EC7CA9">
        <w:rPr>
          <w:bCs/>
          <w:sz w:val="26"/>
          <w:szCs w:val="26"/>
        </w:rPr>
        <w:t xml:space="preserve"> </w:t>
      </w:r>
      <w:proofErr w:type="spellStart"/>
      <w:r w:rsidRPr="00EC7CA9">
        <w:rPr>
          <w:bCs/>
          <w:sz w:val="26"/>
          <w:szCs w:val="26"/>
        </w:rPr>
        <w:t>quá</w:t>
      </w:r>
      <w:proofErr w:type="spellEnd"/>
      <w:r w:rsidRPr="00EC7CA9">
        <w:rPr>
          <w:bCs/>
          <w:sz w:val="26"/>
          <w:szCs w:val="26"/>
        </w:rPr>
        <w:t xml:space="preserve"> ... </w:t>
      </w:r>
      <w:proofErr w:type="spellStart"/>
      <w:r w:rsidRPr="00EC7CA9">
        <w:rPr>
          <w:bCs/>
          <w:sz w:val="26"/>
          <w:szCs w:val="26"/>
        </w:rPr>
        <w:t>ngày</w:t>
      </w:r>
      <w:proofErr w:type="spellEnd"/>
      <w:r w:rsidRPr="00EC7CA9">
        <w:rPr>
          <w:bCs/>
          <w:sz w:val="26"/>
          <w:szCs w:val="26"/>
        </w:rPr>
        <w:t xml:space="preserve"> </w:t>
      </w:r>
      <w:proofErr w:type="spellStart"/>
      <w:r w:rsidRPr="00EC7CA9">
        <w:rPr>
          <w:bCs/>
          <w:sz w:val="26"/>
          <w:szCs w:val="26"/>
        </w:rPr>
        <w:t>hoặc</w:t>
      </w:r>
      <w:proofErr w:type="spellEnd"/>
      <w:r w:rsidRPr="00EC7CA9">
        <w:rPr>
          <w:bCs/>
          <w:sz w:val="26"/>
          <w:szCs w:val="26"/>
        </w:rPr>
        <w:t xml:space="preserve"> </w:t>
      </w:r>
      <w:proofErr w:type="spellStart"/>
      <w:r w:rsidRPr="00EC7CA9">
        <w:rPr>
          <w:bCs/>
          <w:sz w:val="26"/>
          <w:szCs w:val="26"/>
        </w:rPr>
        <w:t>không</w:t>
      </w:r>
      <w:proofErr w:type="spellEnd"/>
      <w:r w:rsidRPr="00EC7CA9">
        <w:rPr>
          <w:bCs/>
          <w:sz w:val="26"/>
          <w:szCs w:val="26"/>
        </w:rPr>
        <w:t xml:space="preserve"> </w:t>
      </w:r>
      <w:proofErr w:type="spellStart"/>
      <w:r w:rsidRPr="00EC7CA9">
        <w:rPr>
          <w:bCs/>
          <w:sz w:val="26"/>
          <w:szCs w:val="26"/>
        </w:rPr>
        <w:t>thông</w:t>
      </w:r>
      <w:proofErr w:type="spellEnd"/>
      <w:r w:rsidRPr="00EC7CA9">
        <w:rPr>
          <w:bCs/>
          <w:sz w:val="26"/>
          <w:szCs w:val="26"/>
        </w:rPr>
        <w:t xml:space="preserve"> </w:t>
      </w:r>
      <w:proofErr w:type="spellStart"/>
      <w:r w:rsidRPr="00EC7CA9">
        <w:rPr>
          <w:bCs/>
          <w:sz w:val="26"/>
          <w:szCs w:val="26"/>
        </w:rPr>
        <w:t>báo</w:t>
      </w:r>
      <w:proofErr w:type="spellEnd"/>
      <w:r w:rsidRPr="00EC7CA9">
        <w:rPr>
          <w:bCs/>
          <w:sz w:val="26"/>
          <w:szCs w:val="26"/>
        </w:rPr>
        <w:t xml:space="preserve"> </w:t>
      </w:r>
      <w:proofErr w:type="spellStart"/>
      <w:r w:rsidRPr="00EC7CA9">
        <w:rPr>
          <w:bCs/>
          <w:sz w:val="26"/>
          <w:szCs w:val="26"/>
        </w:rPr>
        <w:t>sẽ</w:t>
      </w:r>
      <w:proofErr w:type="spellEnd"/>
      <w:r w:rsidRPr="00EC7CA9">
        <w:rPr>
          <w:bCs/>
          <w:sz w:val="26"/>
          <w:szCs w:val="26"/>
        </w:rPr>
        <w:t xml:space="preserve"> </w:t>
      </w:r>
      <w:proofErr w:type="spellStart"/>
      <w:r w:rsidRPr="00EC7CA9">
        <w:rPr>
          <w:bCs/>
          <w:sz w:val="26"/>
          <w:szCs w:val="26"/>
        </w:rPr>
        <w:t>bị</w:t>
      </w:r>
      <w:proofErr w:type="spellEnd"/>
      <w:r w:rsidRPr="00EC7CA9">
        <w:rPr>
          <w:bCs/>
          <w:sz w:val="26"/>
          <w:szCs w:val="26"/>
        </w:rPr>
        <w:t xml:space="preserve"> </w:t>
      </w:r>
      <w:proofErr w:type="spellStart"/>
      <w:r w:rsidRPr="00EC7CA9">
        <w:rPr>
          <w:bCs/>
          <w:sz w:val="26"/>
          <w:szCs w:val="26"/>
        </w:rPr>
        <w:t>phạt</w:t>
      </w:r>
      <w:proofErr w:type="spellEnd"/>
      <w:r w:rsidRPr="00EC7CA9">
        <w:rPr>
          <w:bCs/>
          <w:sz w:val="26"/>
          <w:szCs w:val="26"/>
        </w:rPr>
        <w:t xml:space="preserve"> ...% </w:t>
      </w:r>
      <w:proofErr w:type="spellStart"/>
      <w:r w:rsidRPr="00EC7CA9">
        <w:rPr>
          <w:bCs/>
          <w:sz w:val="26"/>
          <w:szCs w:val="26"/>
        </w:rPr>
        <w:t>tổng</w:t>
      </w:r>
      <w:proofErr w:type="spellEnd"/>
      <w:r w:rsidRPr="00EC7CA9">
        <w:rPr>
          <w:bCs/>
          <w:sz w:val="26"/>
          <w:szCs w:val="26"/>
        </w:rPr>
        <w:t xml:space="preserve"> </w:t>
      </w:r>
      <w:proofErr w:type="spellStart"/>
      <w:r w:rsidRPr="00EC7CA9">
        <w:rPr>
          <w:bCs/>
          <w:sz w:val="26"/>
          <w:szCs w:val="26"/>
        </w:rPr>
        <w:t>giá</w:t>
      </w:r>
      <w:proofErr w:type="spellEnd"/>
      <w:r w:rsidRPr="00EC7CA9">
        <w:rPr>
          <w:bCs/>
          <w:sz w:val="26"/>
          <w:szCs w:val="26"/>
        </w:rPr>
        <w:t xml:space="preserve"> </w:t>
      </w:r>
      <w:proofErr w:type="spellStart"/>
      <w:r w:rsidRPr="00EC7CA9">
        <w:rPr>
          <w:bCs/>
          <w:sz w:val="26"/>
          <w:szCs w:val="26"/>
        </w:rPr>
        <w:t>trị</w:t>
      </w:r>
      <w:proofErr w:type="spellEnd"/>
      <w:r w:rsidRPr="00EC7CA9">
        <w:rPr>
          <w:bCs/>
          <w:sz w:val="26"/>
          <w:szCs w:val="26"/>
        </w:rPr>
        <w:t xml:space="preserve"> </w:t>
      </w:r>
      <w:proofErr w:type="spellStart"/>
      <w:r w:rsidRPr="00EC7CA9">
        <w:rPr>
          <w:bCs/>
          <w:sz w:val="26"/>
          <w:szCs w:val="26"/>
        </w:rPr>
        <w:t>hợp</w:t>
      </w:r>
      <w:proofErr w:type="spellEnd"/>
      <w:r w:rsidRPr="00EC7CA9">
        <w:rPr>
          <w:bCs/>
          <w:sz w:val="26"/>
          <w:szCs w:val="26"/>
        </w:rPr>
        <w:t xml:space="preserve"> </w:t>
      </w:r>
      <w:proofErr w:type="spellStart"/>
      <w:r w:rsidRPr="00EC7CA9">
        <w:rPr>
          <w:bCs/>
          <w:sz w:val="26"/>
          <w:szCs w:val="26"/>
        </w:rPr>
        <w:t>đồng</w:t>
      </w:r>
      <w:proofErr w:type="spellEnd"/>
      <w:r w:rsidRPr="00EC7CA9">
        <w:rPr>
          <w:bCs/>
          <w:sz w:val="26"/>
          <w:szCs w:val="26"/>
        </w:rPr>
        <w:t xml:space="preserve"> </w:t>
      </w:r>
      <w:proofErr w:type="spellStart"/>
      <w:r w:rsidRPr="00EC7CA9">
        <w:rPr>
          <w:bCs/>
          <w:sz w:val="26"/>
          <w:szCs w:val="26"/>
        </w:rPr>
        <w:t>và</w:t>
      </w:r>
      <w:proofErr w:type="spellEnd"/>
      <w:r w:rsidRPr="00EC7CA9">
        <w:rPr>
          <w:bCs/>
          <w:sz w:val="26"/>
          <w:szCs w:val="26"/>
        </w:rPr>
        <w:t xml:space="preserve"> </w:t>
      </w:r>
      <w:proofErr w:type="spellStart"/>
      <w:r w:rsidRPr="00EC7CA9">
        <w:rPr>
          <w:bCs/>
          <w:sz w:val="26"/>
          <w:szCs w:val="26"/>
        </w:rPr>
        <w:t>phải</w:t>
      </w:r>
      <w:proofErr w:type="spellEnd"/>
      <w:r w:rsidRPr="00EC7CA9">
        <w:rPr>
          <w:bCs/>
          <w:sz w:val="26"/>
          <w:szCs w:val="26"/>
        </w:rPr>
        <w:t xml:space="preserve"> </w:t>
      </w:r>
      <w:proofErr w:type="spellStart"/>
      <w:r w:rsidRPr="00EC7CA9">
        <w:rPr>
          <w:bCs/>
          <w:sz w:val="26"/>
          <w:szCs w:val="26"/>
        </w:rPr>
        <w:t>bôi</w:t>
      </w:r>
      <w:proofErr w:type="spellEnd"/>
      <w:r w:rsidRPr="00EC7CA9">
        <w:rPr>
          <w:bCs/>
          <w:sz w:val="26"/>
          <w:szCs w:val="26"/>
        </w:rPr>
        <w:t xml:space="preserve"> </w:t>
      </w:r>
      <w:proofErr w:type="spellStart"/>
      <w:r w:rsidRPr="00EC7CA9">
        <w:rPr>
          <w:bCs/>
          <w:sz w:val="26"/>
          <w:szCs w:val="26"/>
        </w:rPr>
        <w:t>thường</w:t>
      </w:r>
      <w:proofErr w:type="spellEnd"/>
      <w:r w:rsidRPr="00EC7CA9">
        <w:rPr>
          <w:bCs/>
          <w:sz w:val="26"/>
          <w:szCs w:val="26"/>
        </w:rPr>
        <w:t xml:space="preserve"> </w:t>
      </w:r>
      <w:proofErr w:type="spellStart"/>
      <w:r w:rsidRPr="00EC7CA9">
        <w:rPr>
          <w:bCs/>
          <w:sz w:val="26"/>
          <w:szCs w:val="26"/>
        </w:rPr>
        <w:t>thiệt</w:t>
      </w:r>
      <w:proofErr w:type="spellEnd"/>
      <w:r w:rsidRPr="00EC7CA9">
        <w:rPr>
          <w:bCs/>
          <w:sz w:val="26"/>
          <w:szCs w:val="26"/>
        </w:rPr>
        <w:t xml:space="preserve"> </w:t>
      </w:r>
      <w:proofErr w:type="spellStart"/>
      <w:r w:rsidRPr="00EC7CA9">
        <w:rPr>
          <w:bCs/>
          <w:sz w:val="26"/>
          <w:szCs w:val="26"/>
        </w:rPr>
        <w:t>hại</w:t>
      </w:r>
      <w:proofErr w:type="spellEnd"/>
      <w:r w:rsidRPr="00EC7CA9">
        <w:rPr>
          <w:bCs/>
          <w:sz w:val="26"/>
          <w:szCs w:val="26"/>
        </w:rPr>
        <w:t xml:space="preserve"> </w:t>
      </w:r>
      <w:proofErr w:type="spellStart"/>
      <w:r w:rsidRPr="00EC7CA9">
        <w:rPr>
          <w:bCs/>
          <w:sz w:val="26"/>
          <w:szCs w:val="26"/>
        </w:rPr>
        <w:t>cho</w:t>
      </w:r>
      <w:proofErr w:type="spellEnd"/>
      <w:r w:rsidRPr="00EC7CA9">
        <w:rPr>
          <w:bCs/>
          <w:sz w:val="26"/>
          <w:szCs w:val="26"/>
        </w:rPr>
        <w:t xml:space="preserve"> </w:t>
      </w:r>
      <w:proofErr w:type="spellStart"/>
      <w:r w:rsidRPr="00EC7CA9">
        <w:rPr>
          <w:bCs/>
          <w:sz w:val="26"/>
          <w:szCs w:val="26"/>
        </w:rPr>
        <w:t>bên</w:t>
      </w:r>
      <w:proofErr w:type="spellEnd"/>
      <w:r w:rsidRPr="00EC7CA9">
        <w:rPr>
          <w:bCs/>
          <w:sz w:val="26"/>
          <w:szCs w:val="26"/>
        </w:rPr>
        <w:t xml:space="preserve"> </w:t>
      </w:r>
      <w:proofErr w:type="spellStart"/>
      <w:r w:rsidRPr="00EC7CA9">
        <w:rPr>
          <w:bCs/>
          <w:sz w:val="26"/>
          <w:szCs w:val="26"/>
        </w:rPr>
        <w:t>còn</w:t>
      </w:r>
      <w:proofErr w:type="spellEnd"/>
      <w:r w:rsidRPr="00EC7CA9">
        <w:rPr>
          <w:bCs/>
          <w:sz w:val="26"/>
          <w:szCs w:val="26"/>
        </w:rPr>
        <w:t xml:space="preserve"> </w:t>
      </w:r>
      <w:proofErr w:type="spellStart"/>
      <w:r w:rsidRPr="00EC7CA9">
        <w:rPr>
          <w:bCs/>
          <w:sz w:val="26"/>
          <w:szCs w:val="26"/>
        </w:rPr>
        <w:t>lại</w:t>
      </w:r>
      <w:proofErr w:type="spellEnd"/>
      <w:r w:rsidRPr="00EC7CA9">
        <w:rPr>
          <w:bCs/>
          <w:sz w:val="26"/>
          <w:szCs w:val="26"/>
        </w:rPr>
        <w:t xml:space="preserve"> (</w:t>
      </w:r>
      <w:proofErr w:type="spellStart"/>
      <w:r w:rsidRPr="00EC7CA9">
        <w:rPr>
          <w:bCs/>
          <w:sz w:val="26"/>
          <w:szCs w:val="26"/>
        </w:rPr>
        <w:t>nếu</w:t>
      </w:r>
      <w:proofErr w:type="spellEnd"/>
      <w:r w:rsidRPr="00EC7CA9">
        <w:rPr>
          <w:bCs/>
          <w:sz w:val="26"/>
          <w:szCs w:val="26"/>
        </w:rPr>
        <w:t xml:space="preserve"> </w:t>
      </w:r>
      <w:proofErr w:type="spellStart"/>
      <w:r w:rsidRPr="00EC7CA9">
        <w:rPr>
          <w:bCs/>
          <w:sz w:val="26"/>
          <w:szCs w:val="26"/>
        </w:rPr>
        <w:t>có</w:t>
      </w:r>
      <w:proofErr w:type="spellEnd"/>
      <w:r w:rsidRPr="00EC7CA9">
        <w:rPr>
          <w:bCs/>
          <w:sz w:val="26"/>
          <w:szCs w:val="26"/>
        </w:rPr>
        <w:t>).</w:t>
      </w:r>
    </w:p>
    <w:p w14:paraId="4C9D627F" w14:textId="0086E1C8" w:rsidR="00EC7CA9" w:rsidRPr="00EC7CA9" w:rsidRDefault="00EC7CA9" w:rsidP="00EC7CA9">
      <w:pPr>
        <w:jc w:val="both"/>
        <w:rPr>
          <w:bCs/>
          <w:sz w:val="26"/>
          <w:szCs w:val="26"/>
        </w:rPr>
      </w:pPr>
      <w:proofErr w:type="spellStart"/>
      <w:r w:rsidRPr="00EC7CA9">
        <w:rPr>
          <w:bCs/>
          <w:sz w:val="26"/>
          <w:szCs w:val="26"/>
        </w:rPr>
        <w:t>Hiện</w:t>
      </w:r>
      <w:proofErr w:type="spellEnd"/>
      <w:r w:rsidRPr="00EC7CA9">
        <w:rPr>
          <w:bCs/>
          <w:sz w:val="26"/>
          <w:szCs w:val="26"/>
        </w:rPr>
        <w:t xml:space="preserve"> nay, </w:t>
      </w:r>
      <w:proofErr w:type="spellStart"/>
      <w:r w:rsidRPr="00EC7CA9">
        <w:rPr>
          <w:bCs/>
          <w:sz w:val="26"/>
          <w:szCs w:val="26"/>
        </w:rPr>
        <w:t>các</w:t>
      </w:r>
      <w:proofErr w:type="spellEnd"/>
      <w:r w:rsidRPr="00EC7CA9">
        <w:rPr>
          <w:bCs/>
          <w:sz w:val="26"/>
          <w:szCs w:val="26"/>
        </w:rPr>
        <w:t xml:space="preserve"> </w:t>
      </w:r>
      <w:proofErr w:type="spellStart"/>
      <w:r w:rsidRPr="00EC7CA9">
        <w:rPr>
          <w:bCs/>
          <w:sz w:val="26"/>
          <w:szCs w:val="26"/>
        </w:rPr>
        <w:t>ngành</w:t>
      </w:r>
      <w:proofErr w:type="spellEnd"/>
      <w:r w:rsidRPr="00EC7CA9">
        <w:rPr>
          <w:bCs/>
          <w:sz w:val="26"/>
          <w:szCs w:val="26"/>
        </w:rPr>
        <w:t xml:space="preserve"> </w:t>
      </w:r>
      <w:proofErr w:type="spellStart"/>
      <w:r w:rsidRPr="00EC7CA9">
        <w:rPr>
          <w:bCs/>
          <w:sz w:val="26"/>
          <w:szCs w:val="26"/>
        </w:rPr>
        <w:t>công</w:t>
      </w:r>
      <w:proofErr w:type="spellEnd"/>
      <w:r w:rsidRPr="00EC7CA9">
        <w:rPr>
          <w:bCs/>
          <w:sz w:val="26"/>
          <w:szCs w:val="26"/>
        </w:rPr>
        <w:t xml:space="preserve"> </w:t>
      </w:r>
      <w:proofErr w:type="spellStart"/>
      <w:r w:rsidRPr="00EC7CA9">
        <w:rPr>
          <w:bCs/>
          <w:sz w:val="26"/>
          <w:szCs w:val="26"/>
        </w:rPr>
        <w:t>nghiệp</w:t>
      </w:r>
      <w:proofErr w:type="spellEnd"/>
      <w:r w:rsidRPr="00EC7CA9">
        <w:rPr>
          <w:bCs/>
          <w:sz w:val="26"/>
          <w:szCs w:val="26"/>
        </w:rPr>
        <w:t xml:space="preserve"> </w:t>
      </w:r>
      <w:proofErr w:type="spellStart"/>
      <w:r w:rsidRPr="00EC7CA9">
        <w:rPr>
          <w:bCs/>
          <w:sz w:val="26"/>
          <w:szCs w:val="26"/>
        </w:rPr>
        <w:t>sản</w:t>
      </w:r>
      <w:proofErr w:type="spellEnd"/>
      <w:r w:rsidRPr="00EC7CA9">
        <w:rPr>
          <w:bCs/>
          <w:sz w:val="26"/>
          <w:szCs w:val="26"/>
        </w:rPr>
        <w:t xml:space="preserve"> </w:t>
      </w:r>
      <w:proofErr w:type="spellStart"/>
      <w:r w:rsidRPr="00EC7CA9">
        <w:rPr>
          <w:bCs/>
          <w:sz w:val="26"/>
          <w:szCs w:val="26"/>
        </w:rPr>
        <w:t>xuất</w:t>
      </w:r>
      <w:proofErr w:type="spellEnd"/>
      <w:r w:rsidRPr="00EC7CA9">
        <w:rPr>
          <w:bCs/>
          <w:sz w:val="26"/>
          <w:szCs w:val="26"/>
        </w:rPr>
        <w:t xml:space="preserve"> </w:t>
      </w:r>
      <w:proofErr w:type="spellStart"/>
      <w:r w:rsidRPr="00EC7CA9">
        <w:rPr>
          <w:bCs/>
          <w:sz w:val="26"/>
          <w:szCs w:val="26"/>
        </w:rPr>
        <w:t>ngày</w:t>
      </w:r>
      <w:proofErr w:type="spellEnd"/>
      <w:r w:rsidRPr="00EC7CA9">
        <w:rPr>
          <w:bCs/>
          <w:sz w:val="26"/>
          <w:szCs w:val="26"/>
        </w:rPr>
        <w:t xml:space="preserve"> </w:t>
      </w:r>
      <w:proofErr w:type="spellStart"/>
      <w:r w:rsidRPr="00EC7CA9">
        <w:rPr>
          <w:bCs/>
          <w:sz w:val="26"/>
          <w:szCs w:val="26"/>
        </w:rPr>
        <w:t>càng</w:t>
      </w:r>
      <w:proofErr w:type="spellEnd"/>
      <w:r w:rsidRPr="00EC7CA9">
        <w:rPr>
          <w:bCs/>
          <w:sz w:val="26"/>
          <w:szCs w:val="26"/>
        </w:rPr>
        <w:t xml:space="preserve"> </w:t>
      </w:r>
      <w:proofErr w:type="spellStart"/>
      <w:r w:rsidRPr="00EC7CA9">
        <w:rPr>
          <w:bCs/>
          <w:sz w:val="26"/>
          <w:szCs w:val="26"/>
        </w:rPr>
        <w:t>phát</w:t>
      </w:r>
      <w:proofErr w:type="spellEnd"/>
      <w:r w:rsidRPr="00EC7CA9">
        <w:rPr>
          <w:bCs/>
          <w:sz w:val="26"/>
          <w:szCs w:val="26"/>
        </w:rPr>
        <w:t xml:space="preserve"> </w:t>
      </w:r>
      <w:proofErr w:type="spellStart"/>
      <w:r w:rsidRPr="00EC7CA9">
        <w:rPr>
          <w:bCs/>
          <w:sz w:val="26"/>
          <w:szCs w:val="26"/>
        </w:rPr>
        <w:t>triển</w:t>
      </w:r>
      <w:proofErr w:type="spellEnd"/>
      <w:r w:rsidRPr="00EC7CA9">
        <w:rPr>
          <w:bCs/>
          <w:sz w:val="26"/>
          <w:szCs w:val="26"/>
        </w:rPr>
        <w:t xml:space="preserve"> </w:t>
      </w:r>
      <w:proofErr w:type="spellStart"/>
      <w:r w:rsidRPr="00EC7CA9">
        <w:rPr>
          <w:bCs/>
          <w:sz w:val="26"/>
          <w:szCs w:val="26"/>
        </w:rPr>
        <w:t>kéo</w:t>
      </w:r>
      <w:proofErr w:type="spellEnd"/>
      <w:r w:rsidRPr="00EC7CA9">
        <w:rPr>
          <w:bCs/>
          <w:sz w:val="26"/>
          <w:szCs w:val="26"/>
        </w:rPr>
        <w:t xml:space="preserve"> </w:t>
      </w:r>
      <w:proofErr w:type="spellStart"/>
      <w:r w:rsidRPr="00EC7CA9">
        <w:rPr>
          <w:bCs/>
          <w:sz w:val="26"/>
          <w:szCs w:val="26"/>
        </w:rPr>
        <w:t>theo</w:t>
      </w:r>
      <w:proofErr w:type="spellEnd"/>
      <w:r w:rsidRPr="00EC7CA9">
        <w:rPr>
          <w:bCs/>
          <w:sz w:val="26"/>
          <w:szCs w:val="26"/>
        </w:rPr>
        <w:t xml:space="preserve"> </w:t>
      </w:r>
      <w:proofErr w:type="spellStart"/>
      <w:r w:rsidRPr="00EC7CA9">
        <w:rPr>
          <w:bCs/>
          <w:sz w:val="26"/>
          <w:szCs w:val="26"/>
        </w:rPr>
        <w:t>đó</w:t>
      </w:r>
      <w:proofErr w:type="spellEnd"/>
      <w:r w:rsidRPr="00EC7CA9">
        <w:rPr>
          <w:bCs/>
          <w:sz w:val="26"/>
          <w:szCs w:val="26"/>
        </w:rPr>
        <w:t xml:space="preserve"> </w:t>
      </w:r>
      <w:proofErr w:type="spellStart"/>
      <w:r w:rsidRPr="00EC7CA9">
        <w:rPr>
          <w:bCs/>
          <w:sz w:val="26"/>
          <w:szCs w:val="26"/>
        </w:rPr>
        <w:t>là</w:t>
      </w:r>
      <w:proofErr w:type="spellEnd"/>
      <w:r w:rsidRPr="00EC7CA9">
        <w:rPr>
          <w:bCs/>
          <w:sz w:val="26"/>
          <w:szCs w:val="26"/>
        </w:rPr>
        <w:t xml:space="preserve"> </w:t>
      </w:r>
      <w:proofErr w:type="spellStart"/>
      <w:r w:rsidRPr="00EC7CA9">
        <w:rPr>
          <w:bCs/>
          <w:sz w:val="26"/>
          <w:szCs w:val="26"/>
        </w:rPr>
        <w:t>nhu</w:t>
      </w:r>
      <w:proofErr w:type="spellEnd"/>
      <w:r w:rsidRPr="00EC7CA9">
        <w:rPr>
          <w:bCs/>
          <w:sz w:val="26"/>
          <w:szCs w:val="26"/>
        </w:rPr>
        <w:t xml:space="preserve"> </w:t>
      </w:r>
      <w:proofErr w:type="spellStart"/>
      <w:r w:rsidRPr="00EC7CA9">
        <w:rPr>
          <w:bCs/>
          <w:sz w:val="26"/>
          <w:szCs w:val="26"/>
        </w:rPr>
        <w:t>cầu</w:t>
      </w:r>
      <w:proofErr w:type="spellEnd"/>
      <w:r w:rsidRPr="00EC7CA9">
        <w:rPr>
          <w:bCs/>
          <w:sz w:val="26"/>
          <w:szCs w:val="26"/>
        </w:rPr>
        <w:t xml:space="preserve"> </w:t>
      </w:r>
      <w:proofErr w:type="spellStart"/>
      <w:r w:rsidRPr="00EC7CA9">
        <w:rPr>
          <w:bCs/>
          <w:sz w:val="26"/>
          <w:szCs w:val="26"/>
        </w:rPr>
        <w:t>lao</w:t>
      </w:r>
      <w:proofErr w:type="spellEnd"/>
      <w:r w:rsidRPr="00EC7CA9">
        <w:rPr>
          <w:bCs/>
          <w:sz w:val="26"/>
          <w:szCs w:val="26"/>
        </w:rPr>
        <w:t xml:space="preserve"> </w:t>
      </w:r>
      <w:proofErr w:type="spellStart"/>
      <w:r w:rsidRPr="00EC7CA9">
        <w:rPr>
          <w:bCs/>
          <w:sz w:val="26"/>
          <w:szCs w:val="26"/>
        </w:rPr>
        <w:t>động</w:t>
      </w:r>
      <w:proofErr w:type="spellEnd"/>
      <w:r w:rsidRPr="00EC7CA9">
        <w:rPr>
          <w:bCs/>
          <w:sz w:val="26"/>
          <w:szCs w:val="26"/>
        </w:rPr>
        <w:t xml:space="preserve"> </w:t>
      </w:r>
      <w:proofErr w:type="spellStart"/>
      <w:r w:rsidRPr="00EC7CA9">
        <w:rPr>
          <w:bCs/>
          <w:sz w:val="26"/>
          <w:szCs w:val="26"/>
        </w:rPr>
        <w:t>tăng</w:t>
      </w:r>
      <w:proofErr w:type="spellEnd"/>
      <w:r w:rsidRPr="00EC7CA9">
        <w:rPr>
          <w:bCs/>
          <w:sz w:val="26"/>
          <w:szCs w:val="26"/>
        </w:rPr>
        <w:t xml:space="preserve"> </w:t>
      </w:r>
      <w:proofErr w:type="spellStart"/>
      <w:r w:rsidRPr="00EC7CA9">
        <w:rPr>
          <w:bCs/>
          <w:sz w:val="26"/>
          <w:szCs w:val="26"/>
        </w:rPr>
        <w:t>cao</w:t>
      </w:r>
      <w:proofErr w:type="spellEnd"/>
      <w:r w:rsidRPr="00EC7CA9">
        <w:rPr>
          <w:bCs/>
          <w:sz w:val="26"/>
          <w:szCs w:val="26"/>
        </w:rPr>
        <w:t xml:space="preserve">, </w:t>
      </w:r>
      <w:proofErr w:type="spellStart"/>
      <w:r w:rsidRPr="00EC7CA9">
        <w:rPr>
          <w:bCs/>
          <w:sz w:val="26"/>
          <w:szCs w:val="26"/>
        </w:rPr>
        <w:t>đặc</w:t>
      </w:r>
      <w:proofErr w:type="spellEnd"/>
      <w:r w:rsidRPr="00EC7CA9">
        <w:rPr>
          <w:bCs/>
          <w:sz w:val="26"/>
          <w:szCs w:val="26"/>
        </w:rPr>
        <w:t xml:space="preserve"> </w:t>
      </w:r>
      <w:proofErr w:type="spellStart"/>
      <w:r w:rsidRPr="00EC7CA9">
        <w:rPr>
          <w:bCs/>
          <w:sz w:val="26"/>
          <w:szCs w:val="26"/>
        </w:rPr>
        <w:t>biệt</w:t>
      </w:r>
      <w:proofErr w:type="spellEnd"/>
      <w:r w:rsidRPr="00EC7CA9">
        <w:rPr>
          <w:bCs/>
          <w:sz w:val="26"/>
          <w:szCs w:val="26"/>
        </w:rPr>
        <w:t xml:space="preserve"> </w:t>
      </w:r>
      <w:proofErr w:type="spellStart"/>
      <w:r w:rsidRPr="00EC7CA9">
        <w:rPr>
          <w:bCs/>
          <w:sz w:val="26"/>
          <w:szCs w:val="26"/>
        </w:rPr>
        <w:t>là</w:t>
      </w:r>
      <w:proofErr w:type="spellEnd"/>
      <w:r w:rsidRPr="00EC7CA9">
        <w:rPr>
          <w:bCs/>
          <w:sz w:val="26"/>
          <w:szCs w:val="26"/>
        </w:rPr>
        <w:t xml:space="preserve"> </w:t>
      </w:r>
      <w:proofErr w:type="spellStart"/>
      <w:r w:rsidRPr="00EC7CA9">
        <w:rPr>
          <w:bCs/>
          <w:sz w:val="26"/>
          <w:szCs w:val="26"/>
        </w:rPr>
        <w:t>lao</w:t>
      </w:r>
      <w:proofErr w:type="spellEnd"/>
      <w:r w:rsidRPr="00EC7CA9">
        <w:rPr>
          <w:bCs/>
          <w:sz w:val="26"/>
          <w:szCs w:val="26"/>
        </w:rPr>
        <w:t xml:space="preserve"> </w:t>
      </w:r>
      <w:proofErr w:type="spellStart"/>
      <w:r w:rsidRPr="00EC7CA9">
        <w:rPr>
          <w:bCs/>
          <w:sz w:val="26"/>
          <w:szCs w:val="26"/>
        </w:rPr>
        <w:t>động</w:t>
      </w:r>
      <w:proofErr w:type="spellEnd"/>
      <w:r w:rsidRPr="00EC7CA9">
        <w:rPr>
          <w:bCs/>
          <w:sz w:val="26"/>
          <w:szCs w:val="26"/>
        </w:rPr>
        <w:t xml:space="preserve"> </w:t>
      </w:r>
      <w:proofErr w:type="spellStart"/>
      <w:r w:rsidRPr="00EC7CA9">
        <w:rPr>
          <w:bCs/>
          <w:sz w:val="26"/>
          <w:szCs w:val="26"/>
        </w:rPr>
        <w:t>bốc</w:t>
      </w:r>
      <w:proofErr w:type="spellEnd"/>
      <w:r w:rsidRPr="00EC7CA9">
        <w:rPr>
          <w:bCs/>
          <w:sz w:val="26"/>
          <w:szCs w:val="26"/>
        </w:rPr>
        <w:t xml:space="preserve"> </w:t>
      </w:r>
      <w:proofErr w:type="spellStart"/>
      <w:r w:rsidRPr="00EC7CA9">
        <w:rPr>
          <w:bCs/>
          <w:sz w:val="26"/>
          <w:szCs w:val="26"/>
        </w:rPr>
        <w:t>xếp</w:t>
      </w:r>
      <w:proofErr w:type="spellEnd"/>
      <w:r w:rsidRPr="00EC7CA9">
        <w:rPr>
          <w:bCs/>
          <w:sz w:val="26"/>
          <w:szCs w:val="26"/>
        </w:rPr>
        <w:t xml:space="preserve"> </w:t>
      </w:r>
      <w:proofErr w:type="spellStart"/>
      <w:r w:rsidRPr="00EC7CA9">
        <w:rPr>
          <w:bCs/>
          <w:sz w:val="26"/>
          <w:szCs w:val="26"/>
        </w:rPr>
        <w:t>hàng</w:t>
      </w:r>
      <w:proofErr w:type="spellEnd"/>
      <w:r w:rsidRPr="00EC7CA9">
        <w:rPr>
          <w:bCs/>
          <w:sz w:val="26"/>
          <w:szCs w:val="26"/>
        </w:rPr>
        <w:t xml:space="preserve"> </w:t>
      </w:r>
      <w:proofErr w:type="spellStart"/>
      <w:r w:rsidRPr="00EC7CA9">
        <w:rPr>
          <w:bCs/>
          <w:sz w:val="26"/>
          <w:szCs w:val="26"/>
        </w:rPr>
        <w:t>hóa</w:t>
      </w:r>
      <w:proofErr w:type="spellEnd"/>
      <w:r w:rsidRPr="00EC7CA9">
        <w:rPr>
          <w:bCs/>
          <w:sz w:val="26"/>
          <w:szCs w:val="26"/>
        </w:rPr>
        <w:t xml:space="preserve">. </w:t>
      </w:r>
      <w:proofErr w:type="spellStart"/>
      <w:r w:rsidRPr="00EC7CA9">
        <w:rPr>
          <w:bCs/>
          <w:sz w:val="26"/>
          <w:szCs w:val="26"/>
        </w:rPr>
        <w:t>Đây</w:t>
      </w:r>
      <w:proofErr w:type="spellEnd"/>
      <w:r w:rsidRPr="00EC7CA9">
        <w:rPr>
          <w:bCs/>
          <w:sz w:val="26"/>
          <w:szCs w:val="26"/>
        </w:rPr>
        <w:t xml:space="preserve"> </w:t>
      </w:r>
      <w:proofErr w:type="spellStart"/>
      <w:r w:rsidRPr="00EC7CA9">
        <w:rPr>
          <w:bCs/>
          <w:sz w:val="26"/>
          <w:szCs w:val="26"/>
        </w:rPr>
        <w:t>là</w:t>
      </w:r>
      <w:proofErr w:type="spellEnd"/>
      <w:r w:rsidRPr="00EC7CA9">
        <w:rPr>
          <w:bCs/>
          <w:sz w:val="26"/>
          <w:szCs w:val="26"/>
        </w:rPr>
        <w:t xml:space="preserve"> </w:t>
      </w:r>
      <w:proofErr w:type="spellStart"/>
      <w:r w:rsidRPr="00EC7CA9">
        <w:rPr>
          <w:bCs/>
          <w:sz w:val="26"/>
          <w:szCs w:val="26"/>
        </w:rPr>
        <w:t>nguồn</w:t>
      </w:r>
      <w:proofErr w:type="spellEnd"/>
      <w:r w:rsidRPr="00EC7CA9">
        <w:rPr>
          <w:bCs/>
          <w:sz w:val="26"/>
          <w:szCs w:val="26"/>
        </w:rPr>
        <w:t xml:space="preserve"> </w:t>
      </w:r>
      <w:proofErr w:type="spellStart"/>
      <w:r w:rsidRPr="00EC7CA9">
        <w:rPr>
          <w:bCs/>
          <w:sz w:val="26"/>
          <w:szCs w:val="26"/>
        </w:rPr>
        <w:t>lao</w:t>
      </w:r>
      <w:proofErr w:type="spellEnd"/>
      <w:r w:rsidRPr="00EC7CA9">
        <w:rPr>
          <w:bCs/>
          <w:sz w:val="26"/>
          <w:szCs w:val="26"/>
        </w:rPr>
        <w:t xml:space="preserve"> </w:t>
      </w:r>
      <w:proofErr w:type="spellStart"/>
      <w:r w:rsidRPr="00EC7CA9">
        <w:rPr>
          <w:bCs/>
          <w:sz w:val="26"/>
          <w:szCs w:val="26"/>
        </w:rPr>
        <w:t>động</w:t>
      </w:r>
      <w:proofErr w:type="spellEnd"/>
      <w:r w:rsidRPr="00EC7CA9">
        <w:rPr>
          <w:bCs/>
          <w:sz w:val="26"/>
          <w:szCs w:val="26"/>
        </w:rPr>
        <w:t xml:space="preserve"> </w:t>
      </w:r>
      <w:proofErr w:type="spellStart"/>
      <w:r w:rsidRPr="00EC7CA9">
        <w:rPr>
          <w:bCs/>
          <w:sz w:val="26"/>
          <w:szCs w:val="26"/>
        </w:rPr>
        <w:t>có</w:t>
      </w:r>
      <w:proofErr w:type="spellEnd"/>
      <w:r w:rsidRPr="00EC7CA9">
        <w:rPr>
          <w:bCs/>
          <w:sz w:val="26"/>
          <w:szCs w:val="26"/>
        </w:rPr>
        <w:t xml:space="preserve"> </w:t>
      </w:r>
      <w:proofErr w:type="spellStart"/>
      <w:r w:rsidRPr="00EC7CA9">
        <w:rPr>
          <w:bCs/>
          <w:sz w:val="26"/>
          <w:szCs w:val="26"/>
        </w:rPr>
        <w:t>vai</w:t>
      </w:r>
      <w:proofErr w:type="spellEnd"/>
      <w:r w:rsidRPr="00EC7CA9">
        <w:rPr>
          <w:bCs/>
          <w:sz w:val="26"/>
          <w:szCs w:val="26"/>
        </w:rPr>
        <w:t xml:space="preserve"> </w:t>
      </w:r>
      <w:proofErr w:type="spellStart"/>
      <w:r w:rsidRPr="00EC7CA9">
        <w:rPr>
          <w:bCs/>
          <w:sz w:val="26"/>
          <w:szCs w:val="26"/>
        </w:rPr>
        <w:t>trò</w:t>
      </w:r>
      <w:proofErr w:type="spellEnd"/>
      <w:r w:rsidRPr="00EC7CA9">
        <w:rPr>
          <w:bCs/>
          <w:sz w:val="26"/>
          <w:szCs w:val="26"/>
        </w:rPr>
        <w:t xml:space="preserve"> </w:t>
      </w:r>
      <w:proofErr w:type="spellStart"/>
      <w:r w:rsidRPr="00EC7CA9">
        <w:rPr>
          <w:bCs/>
          <w:sz w:val="26"/>
          <w:szCs w:val="26"/>
        </w:rPr>
        <w:t>quan</w:t>
      </w:r>
      <w:proofErr w:type="spellEnd"/>
      <w:r w:rsidRPr="00EC7CA9">
        <w:rPr>
          <w:bCs/>
          <w:sz w:val="26"/>
          <w:szCs w:val="26"/>
        </w:rPr>
        <w:t xml:space="preserve"> </w:t>
      </w:r>
      <w:proofErr w:type="spellStart"/>
      <w:r w:rsidRPr="00EC7CA9">
        <w:rPr>
          <w:bCs/>
          <w:sz w:val="26"/>
          <w:szCs w:val="26"/>
        </w:rPr>
        <w:t>trọng</w:t>
      </w:r>
      <w:proofErr w:type="spellEnd"/>
      <w:r w:rsidRPr="00EC7CA9">
        <w:rPr>
          <w:bCs/>
          <w:sz w:val="26"/>
          <w:szCs w:val="26"/>
        </w:rPr>
        <w:t xml:space="preserve"> </w:t>
      </w:r>
      <w:proofErr w:type="spellStart"/>
      <w:r w:rsidRPr="00EC7CA9">
        <w:rPr>
          <w:bCs/>
          <w:sz w:val="26"/>
          <w:szCs w:val="26"/>
        </w:rPr>
        <w:t>trong</w:t>
      </w:r>
      <w:proofErr w:type="spellEnd"/>
      <w:r w:rsidRPr="00EC7CA9">
        <w:rPr>
          <w:bCs/>
          <w:sz w:val="26"/>
          <w:szCs w:val="26"/>
        </w:rPr>
        <w:t xml:space="preserve"> </w:t>
      </w:r>
      <w:proofErr w:type="spellStart"/>
      <w:r w:rsidRPr="00EC7CA9">
        <w:rPr>
          <w:bCs/>
          <w:sz w:val="26"/>
          <w:szCs w:val="26"/>
        </w:rPr>
        <w:t>việc</w:t>
      </w:r>
      <w:proofErr w:type="spellEnd"/>
      <w:r w:rsidRPr="00EC7CA9">
        <w:rPr>
          <w:bCs/>
          <w:sz w:val="26"/>
          <w:szCs w:val="26"/>
        </w:rPr>
        <w:t xml:space="preserve"> </w:t>
      </w:r>
      <w:proofErr w:type="spellStart"/>
      <w:r w:rsidRPr="00EC7CA9">
        <w:rPr>
          <w:bCs/>
          <w:sz w:val="26"/>
          <w:szCs w:val="26"/>
        </w:rPr>
        <w:t>duy</w:t>
      </w:r>
      <w:proofErr w:type="spellEnd"/>
      <w:r w:rsidRPr="00EC7CA9">
        <w:rPr>
          <w:bCs/>
          <w:sz w:val="26"/>
          <w:szCs w:val="26"/>
        </w:rPr>
        <w:t xml:space="preserve"> </w:t>
      </w:r>
      <w:proofErr w:type="spellStart"/>
      <w:r w:rsidRPr="00EC7CA9">
        <w:rPr>
          <w:bCs/>
          <w:sz w:val="26"/>
          <w:szCs w:val="26"/>
        </w:rPr>
        <w:t>trì</w:t>
      </w:r>
      <w:proofErr w:type="spellEnd"/>
      <w:r w:rsidRPr="00EC7CA9">
        <w:rPr>
          <w:bCs/>
          <w:sz w:val="26"/>
          <w:szCs w:val="26"/>
        </w:rPr>
        <w:t xml:space="preserve"> </w:t>
      </w:r>
      <w:proofErr w:type="spellStart"/>
      <w:r w:rsidRPr="00EC7CA9">
        <w:rPr>
          <w:bCs/>
          <w:sz w:val="26"/>
          <w:szCs w:val="26"/>
        </w:rPr>
        <w:t>tính</w:t>
      </w:r>
      <w:proofErr w:type="spellEnd"/>
      <w:r w:rsidRPr="00EC7CA9">
        <w:rPr>
          <w:bCs/>
          <w:sz w:val="26"/>
          <w:szCs w:val="26"/>
        </w:rPr>
        <w:t xml:space="preserve"> </w:t>
      </w:r>
      <w:proofErr w:type="spellStart"/>
      <w:r w:rsidRPr="00EC7CA9">
        <w:rPr>
          <w:bCs/>
          <w:sz w:val="26"/>
          <w:szCs w:val="26"/>
        </w:rPr>
        <w:t>ổn</w:t>
      </w:r>
      <w:proofErr w:type="spellEnd"/>
      <w:r w:rsidRPr="00EC7CA9">
        <w:rPr>
          <w:bCs/>
          <w:sz w:val="26"/>
          <w:szCs w:val="26"/>
        </w:rPr>
        <w:t xml:space="preserve"> </w:t>
      </w:r>
      <w:proofErr w:type="spellStart"/>
      <w:r w:rsidRPr="00EC7CA9">
        <w:rPr>
          <w:bCs/>
          <w:sz w:val="26"/>
          <w:szCs w:val="26"/>
        </w:rPr>
        <w:t>định</w:t>
      </w:r>
      <w:proofErr w:type="spellEnd"/>
      <w:r w:rsidRPr="00EC7CA9">
        <w:rPr>
          <w:bCs/>
          <w:sz w:val="26"/>
          <w:szCs w:val="26"/>
        </w:rPr>
        <w:t xml:space="preserve">, </w:t>
      </w:r>
      <w:proofErr w:type="spellStart"/>
      <w:r w:rsidRPr="00EC7CA9">
        <w:rPr>
          <w:bCs/>
          <w:sz w:val="26"/>
          <w:szCs w:val="26"/>
        </w:rPr>
        <w:t>liên</w:t>
      </w:r>
      <w:proofErr w:type="spellEnd"/>
      <w:r w:rsidRPr="00EC7CA9">
        <w:rPr>
          <w:bCs/>
          <w:sz w:val="26"/>
          <w:szCs w:val="26"/>
        </w:rPr>
        <w:t xml:space="preserve"> </w:t>
      </w:r>
      <w:proofErr w:type="spellStart"/>
      <w:r w:rsidRPr="00EC7CA9">
        <w:rPr>
          <w:bCs/>
          <w:sz w:val="26"/>
          <w:szCs w:val="26"/>
        </w:rPr>
        <w:t>tục</w:t>
      </w:r>
      <w:proofErr w:type="spellEnd"/>
      <w:r w:rsidRPr="00EC7CA9">
        <w:rPr>
          <w:bCs/>
          <w:sz w:val="26"/>
          <w:szCs w:val="26"/>
        </w:rPr>
        <w:t xml:space="preserve"> </w:t>
      </w:r>
      <w:proofErr w:type="spellStart"/>
      <w:r w:rsidRPr="00EC7CA9">
        <w:rPr>
          <w:bCs/>
          <w:sz w:val="26"/>
          <w:szCs w:val="26"/>
        </w:rPr>
        <w:t>của</w:t>
      </w:r>
      <w:proofErr w:type="spellEnd"/>
      <w:r w:rsidRPr="00EC7CA9">
        <w:rPr>
          <w:bCs/>
          <w:sz w:val="26"/>
          <w:szCs w:val="26"/>
        </w:rPr>
        <w:t xml:space="preserve"> </w:t>
      </w:r>
      <w:proofErr w:type="spellStart"/>
      <w:r w:rsidRPr="00EC7CA9">
        <w:rPr>
          <w:bCs/>
          <w:sz w:val="26"/>
          <w:szCs w:val="26"/>
        </w:rPr>
        <w:t>một</w:t>
      </w:r>
      <w:proofErr w:type="spellEnd"/>
      <w:r w:rsidRPr="00EC7CA9">
        <w:rPr>
          <w:bCs/>
          <w:sz w:val="26"/>
          <w:szCs w:val="26"/>
        </w:rPr>
        <w:t xml:space="preserve"> </w:t>
      </w:r>
      <w:proofErr w:type="spellStart"/>
      <w:r w:rsidRPr="00EC7CA9">
        <w:rPr>
          <w:bCs/>
          <w:sz w:val="26"/>
          <w:szCs w:val="26"/>
        </w:rPr>
        <w:t>dây</w:t>
      </w:r>
      <w:proofErr w:type="spellEnd"/>
      <w:r w:rsidRPr="00EC7CA9">
        <w:rPr>
          <w:bCs/>
          <w:sz w:val="26"/>
          <w:szCs w:val="26"/>
        </w:rPr>
        <w:t xml:space="preserve"> </w:t>
      </w:r>
      <w:proofErr w:type="spellStart"/>
      <w:r w:rsidRPr="00EC7CA9">
        <w:rPr>
          <w:bCs/>
          <w:sz w:val="26"/>
          <w:szCs w:val="26"/>
        </w:rPr>
        <w:t>chuyền</w:t>
      </w:r>
      <w:proofErr w:type="spellEnd"/>
      <w:r w:rsidRPr="00EC7CA9">
        <w:rPr>
          <w:bCs/>
          <w:sz w:val="26"/>
          <w:szCs w:val="26"/>
        </w:rPr>
        <w:t xml:space="preserve"> </w:t>
      </w:r>
      <w:proofErr w:type="spellStart"/>
      <w:r w:rsidRPr="00EC7CA9">
        <w:rPr>
          <w:bCs/>
          <w:sz w:val="26"/>
          <w:szCs w:val="26"/>
        </w:rPr>
        <w:t>sản</w:t>
      </w:r>
      <w:proofErr w:type="spellEnd"/>
      <w:r w:rsidRPr="00EC7CA9">
        <w:rPr>
          <w:bCs/>
          <w:sz w:val="26"/>
          <w:szCs w:val="26"/>
        </w:rPr>
        <w:t xml:space="preserve"> </w:t>
      </w:r>
      <w:proofErr w:type="spellStart"/>
      <w:r w:rsidRPr="00EC7CA9">
        <w:rPr>
          <w:bCs/>
          <w:sz w:val="26"/>
          <w:szCs w:val="26"/>
        </w:rPr>
        <w:t>xuất</w:t>
      </w:r>
      <w:proofErr w:type="spellEnd"/>
      <w:r w:rsidRPr="00EC7CA9">
        <w:rPr>
          <w:bCs/>
          <w:sz w:val="26"/>
          <w:szCs w:val="26"/>
        </w:rPr>
        <w:t xml:space="preserve">, </w:t>
      </w:r>
      <w:proofErr w:type="spellStart"/>
      <w:r w:rsidRPr="00EC7CA9">
        <w:rPr>
          <w:bCs/>
          <w:sz w:val="26"/>
          <w:szCs w:val="26"/>
        </w:rPr>
        <w:t>cung</w:t>
      </w:r>
      <w:proofErr w:type="spellEnd"/>
      <w:r w:rsidRPr="00EC7CA9">
        <w:rPr>
          <w:bCs/>
          <w:sz w:val="26"/>
          <w:szCs w:val="26"/>
        </w:rPr>
        <w:t xml:space="preserve"> </w:t>
      </w:r>
      <w:proofErr w:type="spellStart"/>
      <w:r w:rsidRPr="00EC7CA9">
        <w:rPr>
          <w:bCs/>
          <w:sz w:val="26"/>
          <w:szCs w:val="26"/>
        </w:rPr>
        <w:t>ứng</w:t>
      </w:r>
      <w:proofErr w:type="spellEnd"/>
      <w:r w:rsidRPr="00EC7CA9">
        <w:rPr>
          <w:bCs/>
          <w:sz w:val="26"/>
          <w:szCs w:val="26"/>
        </w:rPr>
        <w:t xml:space="preserve"> </w:t>
      </w:r>
      <w:proofErr w:type="spellStart"/>
      <w:r w:rsidRPr="00EC7CA9">
        <w:rPr>
          <w:bCs/>
          <w:sz w:val="26"/>
          <w:szCs w:val="26"/>
        </w:rPr>
        <w:t>hàng</w:t>
      </w:r>
      <w:proofErr w:type="spellEnd"/>
      <w:r w:rsidRPr="00EC7CA9">
        <w:rPr>
          <w:bCs/>
          <w:sz w:val="26"/>
          <w:szCs w:val="26"/>
        </w:rPr>
        <w:t xml:space="preserve"> </w:t>
      </w:r>
      <w:proofErr w:type="spellStart"/>
      <w:r w:rsidRPr="00EC7CA9">
        <w:rPr>
          <w:bCs/>
          <w:sz w:val="26"/>
          <w:szCs w:val="26"/>
        </w:rPr>
        <w:t>hóa</w:t>
      </w:r>
      <w:proofErr w:type="spellEnd"/>
      <w:r w:rsidRPr="00EC7CA9">
        <w:rPr>
          <w:bCs/>
          <w:sz w:val="26"/>
          <w:szCs w:val="26"/>
        </w:rPr>
        <w:t xml:space="preserve"> </w:t>
      </w:r>
      <w:proofErr w:type="spellStart"/>
      <w:r w:rsidRPr="00EC7CA9">
        <w:rPr>
          <w:bCs/>
          <w:sz w:val="26"/>
          <w:szCs w:val="26"/>
        </w:rPr>
        <w:t>dịch</w:t>
      </w:r>
      <w:proofErr w:type="spellEnd"/>
      <w:r w:rsidRPr="00EC7CA9">
        <w:rPr>
          <w:bCs/>
          <w:sz w:val="26"/>
          <w:szCs w:val="26"/>
        </w:rPr>
        <w:t xml:space="preserve"> </w:t>
      </w:r>
      <w:proofErr w:type="spellStart"/>
      <w:r w:rsidRPr="00EC7CA9">
        <w:rPr>
          <w:bCs/>
          <w:sz w:val="26"/>
          <w:szCs w:val="26"/>
        </w:rPr>
        <w:t>vụ</w:t>
      </w:r>
      <w:proofErr w:type="spellEnd"/>
      <w:r w:rsidRPr="00EC7CA9">
        <w:rPr>
          <w:bCs/>
          <w:sz w:val="26"/>
          <w:szCs w:val="26"/>
        </w:rPr>
        <w:t xml:space="preserve">. </w:t>
      </w:r>
      <w:proofErr w:type="spellStart"/>
      <w:r w:rsidRPr="00EC7CA9">
        <w:rPr>
          <w:bCs/>
          <w:sz w:val="26"/>
          <w:szCs w:val="26"/>
        </w:rPr>
        <w:t>Thuê</w:t>
      </w:r>
      <w:proofErr w:type="spellEnd"/>
      <w:r w:rsidRPr="00EC7CA9">
        <w:rPr>
          <w:bCs/>
          <w:sz w:val="26"/>
          <w:szCs w:val="26"/>
        </w:rPr>
        <w:t xml:space="preserve"> </w:t>
      </w:r>
      <w:proofErr w:type="spellStart"/>
      <w:r w:rsidRPr="00EC7CA9">
        <w:rPr>
          <w:bCs/>
          <w:sz w:val="26"/>
          <w:szCs w:val="26"/>
        </w:rPr>
        <w:t>dịch</w:t>
      </w:r>
      <w:proofErr w:type="spellEnd"/>
      <w:r w:rsidRPr="00EC7CA9">
        <w:rPr>
          <w:bCs/>
          <w:sz w:val="26"/>
          <w:szCs w:val="26"/>
        </w:rPr>
        <w:t xml:space="preserve"> </w:t>
      </w:r>
      <w:proofErr w:type="spellStart"/>
      <w:r w:rsidRPr="00EC7CA9">
        <w:rPr>
          <w:bCs/>
          <w:sz w:val="26"/>
          <w:szCs w:val="26"/>
        </w:rPr>
        <w:t>vụ</w:t>
      </w:r>
      <w:proofErr w:type="spellEnd"/>
      <w:r w:rsidRPr="00EC7CA9">
        <w:rPr>
          <w:bCs/>
          <w:sz w:val="26"/>
          <w:szCs w:val="26"/>
        </w:rPr>
        <w:t xml:space="preserve"> </w:t>
      </w:r>
      <w:proofErr w:type="spellStart"/>
      <w:r w:rsidRPr="00EC7CA9">
        <w:rPr>
          <w:bCs/>
          <w:sz w:val="26"/>
          <w:szCs w:val="26"/>
        </w:rPr>
        <w:t>bốc</w:t>
      </w:r>
      <w:proofErr w:type="spellEnd"/>
      <w:r w:rsidRPr="00EC7CA9">
        <w:rPr>
          <w:bCs/>
          <w:sz w:val="26"/>
          <w:szCs w:val="26"/>
        </w:rPr>
        <w:t xml:space="preserve"> </w:t>
      </w:r>
      <w:proofErr w:type="spellStart"/>
      <w:r w:rsidRPr="00EC7CA9">
        <w:rPr>
          <w:bCs/>
          <w:sz w:val="26"/>
          <w:szCs w:val="26"/>
        </w:rPr>
        <w:t>vác</w:t>
      </w:r>
      <w:proofErr w:type="spellEnd"/>
      <w:r w:rsidRPr="00EC7CA9">
        <w:rPr>
          <w:bCs/>
          <w:sz w:val="26"/>
          <w:szCs w:val="26"/>
        </w:rPr>
        <w:t xml:space="preserve"> </w:t>
      </w:r>
      <w:proofErr w:type="spellStart"/>
      <w:r w:rsidRPr="00EC7CA9">
        <w:rPr>
          <w:bCs/>
          <w:sz w:val="26"/>
          <w:szCs w:val="26"/>
        </w:rPr>
        <w:t>hàng</w:t>
      </w:r>
      <w:proofErr w:type="spellEnd"/>
      <w:r w:rsidRPr="00EC7CA9">
        <w:rPr>
          <w:bCs/>
          <w:sz w:val="26"/>
          <w:szCs w:val="26"/>
        </w:rPr>
        <w:t xml:space="preserve"> </w:t>
      </w:r>
      <w:proofErr w:type="spellStart"/>
      <w:r w:rsidRPr="00EC7CA9">
        <w:rPr>
          <w:bCs/>
          <w:sz w:val="26"/>
          <w:szCs w:val="26"/>
        </w:rPr>
        <w:t>hóa</w:t>
      </w:r>
      <w:proofErr w:type="spellEnd"/>
      <w:r w:rsidRPr="00EC7CA9">
        <w:rPr>
          <w:bCs/>
          <w:sz w:val="26"/>
          <w:szCs w:val="26"/>
        </w:rPr>
        <w:t xml:space="preserve"> </w:t>
      </w:r>
      <w:proofErr w:type="spellStart"/>
      <w:r w:rsidRPr="00EC7CA9">
        <w:rPr>
          <w:bCs/>
          <w:sz w:val="26"/>
          <w:szCs w:val="26"/>
        </w:rPr>
        <w:t>theo</w:t>
      </w:r>
      <w:proofErr w:type="spellEnd"/>
      <w:r w:rsidRPr="00EC7CA9">
        <w:rPr>
          <w:bCs/>
          <w:sz w:val="26"/>
          <w:szCs w:val="26"/>
        </w:rPr>
        <w:t xml:space="preserve"> </w:t>
      </w:r>
      <w:proofErr w:type="spellStart"/>
      <w:r w:rsidRPr="00EC7CA9">
        <w:rPr>
          <w:bCs/>
          <w:sz w:val="26"/>
          <w:szCs w:val="26"/>
        </w:rPr>
        <w:t>đúng</w:t>
      </w:r>
      <w:proofErr w:type="spellEnd"/>
      <w:r w:rsidRPr="00EC7CA9">
        <w:rPr>
          <w:bCs/>
          <w:sz w:val="26"/>
          <w:szCs w:val="26"/>
        </w:rPr>
        <w:t xml:space="preserve"> </w:t>
      </w:r>
      <w:proofErr w:type="spellStart"/>
      <w:r w:rsidRPr="00EC7CA9">
        <w:rPr>
          <w:bCs/>
          <w:sz w:val="26"/>
          <w:szCs w:val="26"/>
        </w:rPr>
        <w:t>quy</w:t>
      </w:r>
      <w:proofErr w:type="spellEnd"/>
      <w:r w:rsidRPr="00EC7CA9">
        <w:rPr>
          <w:bCs/>
          <w:sz w:val="26"/>
          <w:szCs w:val="26"/>
        </w:rPr>
        <w:t xml:space="preserve"> </w:t>
      </w:r>
      <w:proofErr w:type="spellStart"/>
      <w:r w:rsidRPr="00EC7CA9">
        <w:rPr>
          <w:bCs/>
          <w:sz w:val="26"/>
          <w:szCs w:val="26"/>
        </w:rPr>
        <w:t>định</w:t>
      </w:r>
      <w:proofErr w:type="spellEnd"/>
      <w:r w:rsidRPr="00EC7CA9">
        <w:rPr>
          <w:bCs/>
          <w:sz w:val="26"/>
          <w:szCs w:val="26"/>
        </w:rPr>
        <w:t xml:space="preserve"> </w:t>
      </w:r>
      <w:proofErr w:type="spellStart"/>
      <w:r w:rsidRPr="00EC7CA9">
        <w:rPr>
          <w:bCs/>
          <w:sz w:val="26"/>
          <w:szCs w:val="26"/>
        </w:rPr>
        <w:t>của</w:t>
      </w:r>
      <w:proofErr w:type="spellEnd"/>
      <w:r w:rsidRPr="00EC7CA9">
        <w:rPr>
          <w:bCs/>
          <w:sz w:val="26"/>
          <w:szCs w:val="26"/>
        </w:rPr>
        <w:t xml:space="preserve"> </w:t>
      </w:r>
      <w:proofErr w:type="spellStart"/>
      <w:r w:rsidRPr="00EC7CA9">
        <w:rPr>
          <w:bCs/>
          <w:sz w:val="26"/>
          <w:szCs w:val="26"/>
        </w:rPr>
        <w:t>pháp</w:t>
      </w:r>
      <w:proofErr w:type="spellEnd"/>
      <w:r w:rsidRPr="00EC7CA9">
        <w:rPr>
          <w:bCs/>
          <w:sz w:val="26"/>
          <w:szCs w:val="26"/>
        </w:rPr>
        <w:t xml:space="preserve"> </w:t>
      </w:r>
      <w:proofErr w:type="spellStart"/>
      <w:r w:rsidRPr="00EC7CA9">
        <w:rPr>
          <w:bCs/>
          <w:sz w:val="26"/>
          <w:szCs w:val="26"/>
        </w:rPr>
        <w:t>luật</w:t>
      </w:r>
      <w:proofErr w:type="spellEnd"/>
      <w:r w:rsidRPr="00EC7CA9">
        <w:rPr>
          <w:bCs/>
          <w:sz w:val="26"/>
          <w:szCs w:val="26"/>
        </w:rPr>
        <w:t xml:space="preserve"> </w:t>
      </w:r>
      <w:proofErr w:type="spellStart"/>
      <w:r w:rsidRPr="00EC7CA9">
        <w:rPr>
          <w:bCs/>
          <w:sz w:val="26"/>
          <w:szCs w:val="26"/>
        </w:rPr>
        <w:t>là</w:t>
      </w:r>
      <w:proofErr w:type="spellEnd"/>
      <w:r w:rsidRPr="00EC7CA9">
        <w:rPr>
          <w:bCs/>
          <w:sz w:val="26"/>
          <w:szCs w:val="26"/>
        </w:rPr>
        <w:t xml:space="preserve"> </w:t>
      </w:r>
      <w:proofErr w:type="spellStart"/>
      <w:r w:rsidRPr="00EC7CA9">
        <w:rPr>
          <w:bCs/>
          <w:sz w:val="26"/>
          <w:szCs w:val="26"/>
        </w:rPr>
        <w:t>vấn</w:t>
      </w:r>
      <w:proofErr w:type="spellEnd"/>
      <w:r w:rsidRPr="00EC7CA9">
        <w:rPr>
          <w:bCs/>
          <w:sz w:val="26"/>
          <w:szCs w:val="26"/>
        </w:rPr>
        <w:t xml:space="preserve"> </w:t>
      </w:r>
      <w:proofErr w:type="spellStart"/>
      <w:r w:rsidRPr="00EC7CA9">
        <w:rPr>
          <w:bCs/>
          <w:sz w:val="26"/>
          <w:szCs w:val="26"/>
        </w:rPr>
        <w:t>đề</w:t>
      </w:r>
      <w:proofErr w:type="spellEnd"/>
      <w:r w:rsidRPr="00EC7CA9">
        <w:rPr>
          <w:bCs/>
          <w:sz w:val="26"/>
          <w:szCs w:val="26"/>
        </w:rPr>
        <w:t xml:space="preserve"> </w:t>
      </w:r>
      <w:proofErr w:type="spellStart"/>
      <w:r w:rsidRPr="00EC7CA9">
        <w:rPr>
          <w:bCs/>
          <w:sz w:val="26"/>
          <w:szCs w:val="26"/>
        </w:rPr>
        <w:t>được</w:t>
      </w:r>
      <w:proofErr w:type="spellEnd"/>
      <w:r w:rsidRPr="00EC7CA9">
        <w:rPr>
          <w:bCs/>
          <w:sz w:val="26"/>
          <w:szCs w:val="26"/>
        </w:rPr>
        <w:t xml:space="preserve"> </w:t>
      </w:r>
      <w:proofErr w:type="spellStart"/>
      <w:r w:rsidRPr="00EC7CA9">
        <w:rPr>
          <w:bCs/>
          <w:sz w:val="26"/>
          <w:szCs w:val="26"/>
        </w:rPr>
        <w:t>các</w:t>
      </w:r>
      <w:proofErr w:type="spellEnd"/>
      <w:r w:rsidRPr="00EC7CA9">
        <w:rPr>
          <w:bCs/>
          <w:sz w:val="26"/>
          <w:szCs w:val="26"/>
        </w:rPr>
        <w:t xml:space="preserve"> </w:t>
      </w:r>
      <w:proofErr w:type="spellStart"/>
      <w:r w:rsidRPr="00EC7CA9">
        <w:rPr>
          <w:bCs/>
          <w:sz w:val="26"/>
          <w:szCs w:val="26"/>
        </w:rPr>
        <w:t>doanh</w:t>
      </w:r>
      <w:proofErr w:type="spellEnd"/>
      <w:r w:rsidRPr="00EC7CA9">
        <w:rPr>
          <w:bCs/>
          <w:sz w:val="26"/>
          <w:szCs w:val="26"/>
        </w:rPr>
        <w:t xml:space="preserve"> </w:t>
      </w:r>
      <w:proofErr w:type="spellStart"/>
      <w:r w:rsidRPr="00EC7CA9">
        <w:rPr>
          <w:bCs/>
          <w:sz w:val="26"/>
          <w:szCs w:val="26"/>
        </w:rPr>
        <w:t>nghiệp</w:t>
      </w:r>
      <w:proofErr w:type="spellEnd"/>
      <w:r w:rsidRPr="00EC7CA9">
        <w:rPr>
          <w:bCs/>
          <w:sz w:val="26"/>
          <w:szCs w:val="26"/>
        </w:rPr>
        <w:t xml:space="preserve"> </w:t>
      </w:r>
      <w:proofErr w:type="spellStart"/>
      <w:r w:rsidRPr="00EC7CA9">
        <w:rPr>
          <w:bCs/>
          <w:sz w:val="26"/>
          <w:szCs w:val="26"/>
        </w:rPr>
        <w:t>quan</w:t>
      </w:r>
      <w:proofErr w:type="spellEnd"/>
      <w:r w:rsidRPr="00EC7CA9">
        <w:rPr>
          <w:bCs/>
          <w:sz w:val="26"/>
          <w:szCs w:val="26"/>
        </w:rPr>
        <w:t xml:space="preserve"> </w:t>
      </w:r>
      <w:proofErr w:type="spellStart"/>
      <w:r w:rsidRPr="00EC7CA9">
        <w:rPr>
          <w:bCs/>
          <w:sz w:val="26"/>
          <w:szCs w:val="26"/>
        </w:rPr>
        <w:t>tâm</w:t>
      </w:r>
      <w:proofErr w:type="spellEnd"/>
      <w:r w:rsidRPr="00EC7CA9">
        <w:rPr>
          <w:bCs/>
          <w:sz w:val="26"/>
          <w:szCs w:val="26"/>
        </w:rPr>
        <w:t>.</w:t>
      </w:r>
    </w:p>
    <w:p w14:paraId="1FF8205F" w14:textId="77777777" w:rsidR="005941C2" w:rsidRPr="00EC7CA9" w:rsidRDefault="00000000" w:rsidP="00EC7CA9">
      <w:pPr>
        <w:jc w:val="both"/>
        <w:rPr>
          <w:sz w:val="26"/>
          <w:szCs w:val="26"/>
        </w:rPr>
      </w:pPr>
      <w:proofErr w:type="spellStart"/>
      <w:r w:rsidRPr="00EC7CA9">
        <w:rPr>
          <w:b/>
          <w:sz w:val="26"/>
          <w:szCs w:val="26"/>
        </w:rPr>
        <w:t>Điều</w:t>
      </w:r>
      <w:proofErr w:type="spellEnd"/>
      <w:r w:rsidRPr="00EC7CA9">
        <w:rPr>
          <w:b/>
          <w:sz w:val="26"/>
          <w:szCs w:val="26"/>
        </w:rPr>
        <w:t xml:space="preserve"> 8: </w:t>
      </w:r>
      <w:proofErr w:type="spellStart"/>
      <w:r w:rsidRPr="00EC7CA9">
        <w:rPr>
          <w:b/>
          <w:sz w:val="26"/>
          <w:szCs w:val="26"/>
        </w:rPr>
        <w:t>Giải</w:t>
      </w:r>
      <w:proofErr w:type="spellEnd"/>
      <w:r w:rsidRPr="00EC7CA9">
        <w:rPr>
          <w:b/>
          <w:sz w:val="26"/>
          <w:szCs w:val="26"/>
        </w:rPr>
        <w:t xml:space="preserve"> </w:t>
      </w:r>
      <w:proofErr w:type="spellStart"/>
      <w:r w:rsidRPr="00EC7CA9">
        <w:rPr>
          <w:b/>
          <w:sz w:val="26"/>
          <w:szCs w:val="26"/>
        </w:rPr>
        <w:t>quyết</w:t>
      </w:r>
      <w:proofErr w:type="spellEnd"/>
      <w:r w:rsidRPr="00EC7CA9">
        <w:rPr>
          <w:b/>
          <w:sz w:val="26"/>
          <w:szCs w:val="26"/>
        </w:rPr>
        <w:t xml:space="preserve"> tranh chấp</w:t>
      </w:r>
    </w:p>
    <w:p w14:paraId="1DAD05A9" w14:textId="7CEDCA1C" w:rsidR="005941C2" w:rsidRPr="00EC7CA9" w:rsidRDefault="00000000" w:rsidP="00EC7CA9">
      <w:pPr>
        <w:jc w:val="both"/>
        <w:rPr>
          <w:sz w:val="26"/>
          <w:szCs w:val="26"/>
        </w:rPr>
      </w:pPr>
      <w:r w:rsidRPr="00EC7CA9">
        <w:rPr>
          <w:sz w:val="26"/>
          <w:szCs w:val="26"/>
        </w:rPr>
        <w:lastRenderedPageBreak/>
        <w:t xml:space="preserve">Mọi tranh chấp phát sinh trong quá trình thực hiện hợp đồng </w:t>
      </w:r>
      <w:proofErr w:type="spellStart"/>
      <w:r w:rsidRPr="00EC7CA9">
        <w:rPr>
          <w:sz w:val="26"/>
          <w:szCs w:val="26"/>
        </w:rPr>
        <w:t>sẽ</w:t>
      </w:r>
      <w:proofErr w:type="spellEnd"/>
      <w:r w:rsidRPr="00EC7CA9">
        <w:rPr>
          <w:sz w:val="26"/>
          <w:szCs w:val="26"/>
        </w:rPr>
        <w:t xml:space="preserve"> </w:t>
      </w:r>
      <w:proofErr w:type="spellStart"/>
      <w:r w:rsidRPr="00EC7CA9">
        <w:rPr>
          <w:sz w:val="26"/>
          <w:szCs w:val="26"/>
        </w:rPr>
        <w:t>được</w:t>
      </w:r>
      <w:proofErr w:type="spellEnd"/>
      <w:r w:rsidRPr="00EC7CA9">
        <w:rPr>
          <w:sz w:val="26"/>
          <w:szCs w:val="26"/>
        </w:rPr>
        <w:t xml:space="preserve"> </w:t>
      </w:r>
      <w:proofErr w:type="spellStart"/>
      <w:r w:rsidRPr="00EC7CA9">
        <w:rPr>
          <w:sz w:val="26"/>
          <w:szCs w:val="26"/>
        </w:rPr>
        <w:t>giải</w:t>
      </w:r>
      <w:proofErr w:type="spellEnd"/>
      <w:r w:rsidRPr="00EC7CA9">
        <w:rPr>
          <w:sz w:val="26"/>
          <w:szCs w:val="26"/>
        </w:rPr>
        <w:t xml:space="preserve"> </w:t>
      </w:r>
      <w:proofErr w:type="spellStart"/>
      <w:r w:rsidRPr="00EC7CA9">
        <w:rPr>
          <w:sz w:val="26"/>
          <w:szCs w:val="26"/>
        </w:rPr>
        <w:t>quyết</w:t>
      </w:r>
      <w:proofErr w:type="spellEnd"/>
      <w:r w:rsidR="00EC7CA9" w:rsidRPr="00EC7CA9">
        <w:rPr>
          <w:sz w:val="26"/>
          <w:szCs w:val="26"/>
        </w:rPr>
        <w:t xml:space="preserve"> </w:t>
      </w:r>
      <w:proofErr w:type="spellStart"/>
      <w:r w:rsidRPr="00EC7CA9">
        <w:rPr>
          <w:sz w:val="26"/>
          <w:szCs w:val="26"/>
        </w:rPr>
        <w:t>bằng</w:t>
      </w:r>
      <w:proofErr w:type="spellEnd"/>
      <w:r w:rsidRPr="00EC7CA9">
        <w:rPr>
          <w:sz w:val="26"/>
          <w:szCs w:val="26"/>
        </w:rPr>
        <w:t xml:space="preserve"> </w:t>
      </w:r>
      <w:proofErr w:type="spellStart"/>
      <w:r w:rsidRPr="00EC7CA9">
        <w:rPr>
          <w:sz w:val="26"/>
          <w:szCs w:val="26"/>
        </w:rPr>
        <w:t>thương</w:t>
      </w:r>
      <w:proofErr w:type="spellEnd"/>
      <w:r w:rsidRPr="00EC7CA9">
        <w:rPr>
          <w:sz w:val="26"/>
          <w:szCs w:val="26"/>
        </w:rPr>
        <w:t xml:space="preserve"> </w:t>
      </w:r>
      <w:proofErr w:type="spellStart"/>
      <w:r w:rsidRPr="00EC7CA9">
        <w:rPr>
          <w:sz w:val="26"/>
          <w:szCs w:val="26"/>
        </w:rPr>
        <w:t>lượng</w:t>
      </w:r>
      <w:proofErr w:type="spellEnd"/>
      <w:r w:rsidRPr="00EC7CA9">
        <w:rPr>
          <w:sz w:val="26"/>
          <w:szCs w:val="26"/>
        </w:rPr>
        <w:t xml:space="preserve">, </w:t>
      </w:r>
      <w:proofErr w:type="spellStart"/>
      <w:r w:rsidRPr="00EC7CA9">
        <w:rPr>
          <w:sz w:val="26"/>
          <w:szCs w:val="26"/>
        </w:rPr>
        <w:t>hòa</w:t>
      </w:r>
      <w:proofErr w:type="spellEnd"/>
      <w:r w:rsidRPr="00EC7CA9">
        <w:rPr>
          <w:sz w:val="26"/>
          <w:szCs w:val="26"/>
        </w:rPr>
        <w:t xml:space="preserve"> </w:t>
      </w:r>
      <w:proofErr w:type="spellStart"/>
      <w:r w:rsidRPr="00EC7CA9">
        <w:rPr>
          <w:sz w:val="26"/>
          <w:szCs w:val="26"/>
        </w:rPr>
        <w:t>giải</w:t>
      </w:r>
      <w:proofErr w:type="spellEnd"/>
      <w:r w:rsidRPr="00EC7CA9">
        <w:rPr>
          <w:sz w:val="26"/>
          <w:szCs w:val="26"/>
        </w:rPr>
        <w:t>.</w:t>
      </w:r>
      <w:r w:rsidR="00EC7CA9" w:rsidRPr="00EC7CA9">
        <w:rPr>
          <w:sz w:val="26"/>
          <w:szCs w:val="26"/>
        </w:rPr>
        <w:t xml:space="preserve"> </w:t>
      </w:r>
      <w:r w:rsidRPr="00EC7CA9">
        <w:rPr>
          <w:sz w:val="26"/>
          <w:szCs w:val="26"/>
        </w:rPr>
        <w:t xml:space="preserve">Trường hợp thương lượng, hòa giải không thành, tranh chấp sẽ được giải quyết tại Tòa án nhân </w:t>
      </w:r>
      <w:proofErr w:type="spellStart"/>
      <w:r w:rsidRPr="00EC7CA9">
        <w:rPr>
          <w:sz w:val="26"/>
          <w:szCs w:val="26"/>
        </w:rPr>
        <w:t>dân</w:t>
      </w:r>
      <w:proofErr w:type="spellEnd"/>
      <w:r w:rsidRPr="00EC7CA9">
        <w:rPr>
          <w:sz w:val="26"/>
          <w:szCs w:val="26"/>
        </w:rPr>
        <w:t xml:space="preserve"> </w:t>
      </w:r>
      <w:proofErr w:type="spellStart"/>
      <w:r w:rsidRPr="00EC7CA9">
        <w:rPr>
          <w:sz w:val="26"/>
          <w:szCs w:val="26"/>
        </w:rPr>
        <w:t>có</w:t>
      </w:r>
      <w:proofErr w:type="spellEnd"/>
      <w:r w:rsidRPr="00EC7CA9">
        <w:rPr>
          <w:sz w:val="26"/>
          <w:szCs w:val="26"/>
        </w:rPr>
        <w:t xml:space="preserve"> </w:t>
      </w:r>
      <w:proofErr w:type="spellStart"/>
      <w:r w:rsidRPr="00EC7CA9">
        <w:rPr>
          <w:sz w:val="26"/>
          <w:szCs w:val="26"/>
        </w:rPr>
        <w:t>thẩm</w:t>
      </w:r>
      <w:proofErr w:type="spellEnd"/>
      <w:r w:rsidRPr="00EC7CA9">
        <w:rPr>
          <w:sz w:val="26"/>
          <w:szCs w:val="26"/>
        </w:rPr>
        <w:t xml:space="preserve"> </w:t>
      </w:r>
      <w:proofErr w:type="spellStart"/>
      <w:r w:rsidRPr="00EC7CA9">
        <w:rPr>
          <w:sz w:val="26"/>
          <w:szCs w:val="26"/>
        </w:rPr>
        <w:t>quyền</w:t>
      </w:r>
      <w:proofErr w:type="spellEnd"/>
      <w:r w:rsidRPr="00EC7CA9">
        <w:rPr>
          <w:sz w:val="26"/>
          <w:szCs w:val="26"/>
        </w:rPr>
        <w:t>.</w:t>
      </w:r>
    </w:p>
    <w:p w14:paraId="5593DB8A" w14:textId="5264F08E" w:rsidR="00EC7CA9" w:rsidRPr="00EC7CA9" w:rsidRDefault="00EC7CA9" w:rsidP="00EC7CA9">
      <w:pPr>
        <w:jc w:val="both"/>
        <w:rPr>
          <w:sz w:val="26"/>
          <w:szCs w:val="26"/>
        </w:rPr>
      </w:pPr>
      <w:proofErr w:type="spellStart"/>
      <w:r w:rsidRPr="00EC7CA9">
        <w:rPr>
          <w:sz w:val="26"/>
          <w:szCs w:val="26"/>
        </w:rPr>
        <w:t>Đơn</w:t>
      </w:r>
      <w:proofErr w:type="spellEnd"/>
      <w:r w:rsidRPr="00EC7CA9">
        <w:rPr>
          <w:sz w:val="26"/>
          <w:szCs w:val="26"/>
        </w:rPr>
        <w:t xml:space="preserve"> </w:t>
      </w:r>
      <w:proofErr w:type="spellStart"/>
      <w:r w:rsidRPr="00EC7CA9">
        <w:rPr>
          <w:sz w:val="26"/>
          <w:szCs w:val="26"/>
        </w:rPr>
        <w:t>vị</w:t>
      </w:r>
      <w:proofErr w:type="spellEnd"/>
      <w:r w:rsidRPr="00EC7CA9">
        <w:rPr>
          <w:sz w:val="26"/>
          <w:szCs w:val="26"/>
        </w:rPr>
        <w:t xml:space="preserve"> </w:t>
      </w:r>
      <w:proofErr w:type="spellStart"/>
      <w:r w:rsidRPr="00EC7CA9">
        <w:rPr>
          <w:sz w:val="26"/>
          <w:szCs w:val="26"/>
        </w:rPr>
        <w:t>dịch</w:t>
      </w:r>
      <w:proofErr w:type="spellEnd"/>
      <w:r w:rsidRPr="00EC7CA9">
        <w:rPr>
          <w:sz w:val="26"/>
          <w:szCs w:val="26"/>
        </w:rPr>
        <w:t xml:space="preserve"> </w:t>
      </w:r>
      <w:proofErr w:type="spellStart"/>
      <w:r w:rsidRPr="00EC7CA9">
        <w:rPr>
          <w:sz w:val="26"/>
          <w:szCs w:val="26"/>
        </w:rPr>
        <w:t>vụ</w:t>
      </w:r>
      <w:proofErr w:type="spellEnd"/>
      <w:r w:rsidRPr="00EC7CA9">
        <w:rPr>
          <w:sz w:val="26"/>
          <w:szCs w:val="26"/>
        </w:rPr>
        <w:t xml:space="preserve"> </w:t>
      </w:r>
      <w:proofErr w:type="spellStart"/>
      <w:r w:rsidRPr="00EC7CA9">
        <w:rPr>
          <w:sz w:val="26"/>
          <w:szCs w:val="26"/>
        </w:rPr>
        <w:t>cho</w:t>
      </w:r>
      <w:proofErr w:type="spellEnd"/>
      <w:r w:rsidRPr="00EC7CA9">
        <w:rPr>
          <w:sz w:val="26"/>
          <w:szCs w:val="26"/>
        </w:rPr>
        <w:t xml:space="preserve"> </w:t>
      </w:r>
      <w:proofErr w:type="spellStart"/>
      <w:r w:rsidRPr="00EC7CA9">
        <w:rPr>
          <w:sz w:val="26"/>
          <w:szCs w:val="26"/>
        </w:rPr>
        <w:t>thuê</w:t>
      </w:r>
      <w:proofErr w:type="spellEnd"/>
      <w:r w:rsidRPr="00EC7CA9">
        <w:rPr>
          <w:sz w:val="26"/>
          <w:szCs w:val="26"/>
        </w:rPr>
        <w:t xml:space="preserve"> </w:t>
      </w:r>
      <w:proofErr w:type="spellStart"/>
      <w:r w:rsidRPr="00EC7CA9">
        <w:rPr>
          <w:sz w:val="26"/>
          <w:szCs w:val="26"/>
        </w:rPr>
        <w:t>lao</w:t>
      </w:r>
      <w:proofErr w:type="spellEnd"/>
      <w:r w:rsidRPr="00EC7CA9">
        <w:rPr>
          <w:sz w:val="26"/>
          <w:szCs w:val="26"/>
        </w:rPr>
        <w:t xml:space="preserve"> </w:t>
      </w:r>
      <w:proofErr w:type="spellStart"/>
      <w:r w:rsidRPr="00EC7CA9">
        <w:rPr>
          <w:sz w:val="26"/>
          <w:szCs w:val="26"/>
        </w:rPr>
        <w:t>động</w:t>
      </w:r>
      <w:proofErr w:type="spellEnd"/>
      <w:r w:rsidRPr="00EC7CA9">
        <w:rPr>
          <w:sz w:val="26"/>
          <w:szCs w:val="26"/>
        </w:rPr>
        <w:t xml:space="preserve"> </w:t>
      </w:r>
      <w:proofErr w:type="spellStart"/>
      <w:r w:rsidRPr="00EC7CA9">
        <w:rPr>
          <w:sz w:val="26"/>
          <w:szCs w:val="26"/>
        </w:rPr>
        <w:t>bốc</w:t>
      </w:r>
      <w:proofErr w:type="spellEnd"/>
      <w:r w:rsidRPr="00EC7CA9">
        <w:rPr>
          <w:sz w:val="26"/>
          <w:szCs w:val="26"/>
        </w:rPr>
        <w:t xml:space="preserve"> </w:t>
      </w:r>
      <w:proofErr w:type="spellStart"/>
      <w:r w:rsidRPr="00EC7CA9">
        <w:rPr>
          <w:sz w:val="26"/>
          <w:szCs w:val="26"/>
        </w:rPr>
        <w:t>xếp</w:t>
      </w:r>
      <w:proofErr w:type="spellEnd"/>
      <w:r w:rsidRPr="00EC7CA9">
        <w:rPr>
          <w:sz w:val="26"/>
          <w:szCs w:val="26"/>
        </w:rPr>
        <w:t xml:space="preserve"> </w:t>
      </w:r>
      <w:proofErr w:type="spellStart"/>
      <w:r w:rsidRPr="00EC7CA9">
        <w:rPr>
          <w:sz w:val="26"/>
          <w:szCs w:val="26"/>
        </w:rPr>
        <w:t>thực</w:t>
      </w:r>
      <w:proofErr w:type="spellEnd"/>
      <w:r w:rsidRPr="00EC7CA9">
        <w:rPr>
          <w:sz w:val="26"/>
          <w:szCs w:val="26"/>
        </w:rPr>
        <w:t xml:space="preserve"> </w:t>
      </w:r>
      <w:proofErr w:type="spellStart"/>
      <w:r w:rsidRPr="00EC7CA9">
        <w:rPr>
          <w:sz w:val="26"/>
          <w:szCs w:val="26"/>
        </w:rPr>
        <w:t>hiện</w:t>
      </w:r>
      <w:proofErr w:type="spellEnd"/>
      <w:r w:rsidRPr="00EC7CA9">
        <w:rPr>
          <w:sz w:val="26"/>
          <w:szCs w:val="26"/>
        </w:rPr>
        <w:t xml:space="preserve"> </w:t>
      </w:r>
      <w:proofErr w:type="spellStart"/>
      <w:r w:rsidRPr="00EC7CA9">
        <w:rPr>
          <w:sz w:val="26"/>
          <w:szCs w:val="26"/>
        </w:rPr>
        <w:t>đúng</w:t>
      </w:r>
      <w:proofErr w:type="spellEnd"/>
      <w:r w:rsidRPr="00EC7CA9">
        <w:rPr>
          <w:sz w:val="26"/>
          <w:szCs w:val="26"/>
        </w:rPr>
        <w:t xml:space="preserve"> </w:t>
      </w:r>
      <w:proofErr w:type="spellStart"/>
      <w:r w:rsidRPr="00EC7CA9">
        <w:rPr>
          <w:sz w:val="26"/>
          <w:szCs w:val="26"/>
        </w:rPr>
        <w:t>theo</w:t>
      </w:r>
      <w:proofErr w:type="spellEnd"/>
      <w:r w:rsidRPr="00EC7CA9">
        <w:rPr>
          <w:sz w:val="26"/>
          <w:szCs w:val="26"/>
        </w:rPr>
        <w:t xml:space="preserve"> </w:t>
      </w:r>
      <w:proofErr w:type="spellStart"/>
      <w:r w:rsidRPr="00EC7CA9">
        <w:rPr>
          <w:sz w:val="26"/>
          <w:szCs w:val="26"/>
        </w:rPr>
        <w:t>bản</w:t>
      </w:r>
      <w:proofErr w:type="spellEnd"/>
      <w:r w:rsidRPr="00EC7CA9">
        <w:rPr>
          <w:sz w:val="26"/>
          <w:szCs w:val="26"/>
        </w:rPr>
        <w:t xml:space="preserve"> </w:t>
      </w:r>
      <w:proofErr w:type="spellStart"/>
      <w:r w:rsidRPr="00EC7CA9">
        <w:rPr>
          <w:sz w:val="26"/>
          <w:szCs w:val="26"/>
        </w:rPr>
        <w:t>hợp</w:t>
      </w:r>
      <w:proofErr w:type="spellEnd"/>
      <w:r w:rsidRPr="00EC7CA9">
        <w:rPr>
          <w:sz w:val="26"/>
          <w:szCs w:val="26"/>
        </w:rPr>
        <w:t xml:space="preserve"> </w:t>
      </w:r>
      <w:proofErr w:type="spellStart"/>
      <w:r w:rsidRPr="00EC7CA9">
        <w:rPr>
          <w:sz w:val="26"/>
          <w:szCs w:val="26"/>
        </w:rPr>
        <w:t>đồng</w:t>
      </w:r>
      <w:proofErr w:type="spellEnd"/>
      <w:r w:rsidRPr="00EC7CA9">
        <w:rPr>
          <w:sz w:val="26"/>
          <w:szCs w:val="26"/>
        </w:rPr>
        <w:t xml:space="preserve"> </w:t>
      </w:r>
      <w:proofErr w:type="spellStart"/>
      <w:r w:rsidRPr="00EC7CA9">
        <w:rPr>
          <w:sz w:val="26"/>
          <w:szCs w:val="26"/>
        </w:rPr>
        <w:t>nguyên</w:t>
      </w:r>
      <w:proofErr w:type="spellEnd"/>
      <w:r w:rsidRPr="00EC7CA9">
        <w:rPr>
          <w:sz w:val="26"/>
          <w:szCs w:val="26"/>
        </w:rPr>
        <w:t xml:space="preserve"> </w:t>
      </w:r>
      <w:proofErr w:type="spellStart"/>
      <w:r w:rsidRPr="00EC7CA9">
        <w:rPr>
          <w:sz w:val="26"/>
          <w:szCs w:val="26"/>
        </w:rPr>
        <w:t>tắc</w:t>
      </w:r>
      <w:proofErr w:type="spellEnd"/>
      <w:r w:rsidRPr="00EC7CA9">
        <w:rPr>
          <w:sz w:val="26"/>
          <w:szCs w:val="26"/>
        </w:rPr>
        <w:t>.</w:t>
      </w:r>
    </w:p>
    <w:p w14:paraId="11BEEDFA" w14:textId="77777777" w:rsidR="005941C2" w:rsidRPr="00EC7CA9" w:rsidRDefault="00000000" w:rsidP="00EC7CA9">
      <w:pPr>
        <w:jc w:val="both"/>
        <w:rPr>
          <w:sz w:val="26"/>
          <w:szCs w:val="26"/>
        </w:rPr>
      </w:pPr>
      <w:r w:rsidRPr="00EC7CA9">
        <w:rPr>
          <w:b/>
          <w:sz w:val="26"/>
          <w:szCs w:val="26"/>
        </w:rPr>
        <w:t>Điều 9: Điều khoản thi hành</w:t>
      </w:r>
    </w:p>
    <w:p w14:paraId="64BC5188" w14:textId="77777777" w:rsidR="005941C2" w:rsidRPr="00EC7CA9" w:rsidRDefault="00000000" w:rsidP="00EC7CA9">
      <w:pPr>
        <w:jc w:val="both"/>
        <w:rPr>
          <w:sz w:val="26"/>
          <w:szCs w:val="26"/>
        </w:rPr>
      </w:pPr>
      <w:r w:rsidRPr="00EC7CA9">
        <w:rPr>
          <w:sz w:val="26"/>
          <w:szCs w:val="26"/>
        </w:rPr>
        <w:t>- Những vấn đề về lao động không ghi trong hợp đồng nguyên tắc này thì áp dụng quy định của thỏa ước tập thể,</w:t>
      </w:r>
    </w:p>
    <w:p w14:paraId="2790B3B6" w14:textId="77777777" w:rsidR="005941C2" w:rsidRPr="00EC7CA9" w:rsidRDefault="00000000" w:rsidP="00EC7CA9">
      <w:pPr>
        <w:jc w:val="both"/>
        <w:rPr>
          <w:sz w:val="26"/>
          <w:szCs w:val="26"/>
        </w:rPr>
      </w:pPr>
      <w:r w:rsidRPr="00EC7CA9">
        <w:rPr>
          <w:sz w:val="26"/>
          <w:szCs w:val="26"/>
        </w:rPr>
        <w:t>Trường hợp chưa có thỏa ước tập thể thì áp dụng quy định của pháp luật lao động.</w:t>
      </w:r>
    </w:p>
    <w:p w14:paraId="5CB5729C" w14:textId="665F64E5" w:rsidR="005941C2" w:rsidRDefault="00000000" w:rsidP="00EC7CA9">
      <w:pPr>
        <w:jc w:val="both"/>
        <w:rPr>
          <w:sz w:val="26"/>
          <w:szCs w:val="26"/>
        </w:rPr>
      </w:pPr>
      <w:r w:rsidRPr="00EC7CA9">
        <w:rPr>
          <w:sz w:val="26"/>
          <w:szCs w:val="26"/>
        </w:rPr>
        <w:br/>
      </w:r>
      <w:r w:rsidRPr="00EC7CA9">
        <w:rPr>
          <w:sz w:val="26"/>
          <w:szCs w:val="26"/>
        </w:rPr>
        <w:br/>
        <w:t>NGƯỜI LAO ĐỘNG</w:t>
      </w:r>
      <w:r w:rsidR="00EC7CA9">
        <w:rPr>
          <w:sz w:val="26"/>
          <w:szCs w:val="26"/>
        </w:rPr>
        <w:tab/>
      </w:r>
      <w:r w:rsidR="00EC7CA9">
        <w:rPr>
          <w:sz w:val="26"/>
          <w:szCs w:val="26"/>
        </w:rPr>
        <w:tab/>
      </w:r>
      <w:r w:rsidR="00EC7CA9">
        <w:rPr>
          <w:sz w:val="26"/>
          <w:szCs w:val="26"/>
        </w:rPr>
        <w:tab/>
      </w:r>
      <w:r w:rsidR="00EC7CA9">
        <w:rPr>
          <w:sz w:val="26"/>
          <w:szCs w:val="26"/>
        </w:rPr>
        <w:tab/>
      </w:r>
      <w:r w:rsidRPr="00EC7CA9">
        <w:rPr>
          <w:sz w:val="26"/>
          <w:szCs w:val="26"/>
        </w:rPr>
        <w:t>NGƯỜI SỬ DỤNG LAO ĐỘNG</w:t>
      </w:r>
    </w:p>
    <w:p w14:paraId="5D565CC9" w14:textId="794FB99E" w:rsidR="00EC7CA9" w:rsidRPr="00EC7CA9" w:rsidRDefault="00EC7CA9" w:rsidP="00EC7CA9">
      <w:pPr>
        <w:jc w:val="both"/>
        <w:rPr>
          <w:sz w:val="26"/>
          <w:szCs w:val="26"/>
        </w:rPr>
      </w:pPr>
      <w:bookmarkStart w:id="0" w:name="_Hlk210474690"/>
      <w:r w:rsidRPr="00EC7CA9">
        <w:rPr>
          <w:sz w:val="26"/>
          <w:szCs w:val="26"/>
        </w:rPr>
        <w:t>(</w:t>
      </w:r>
      <w:proofErr w:type="spellStart"/>
      <w:r w:rsidRPr="00EC7CA9">
        <w:rPr>
          <w:sz w:val="26"/>
          <w:szCs w:val="26"/>
        </w:rPr>
        <w:t>Ký</w:t>
      </w:r>
      <w:proofErr w:type="spellEnd"/>
      <w:r w:rsidRPr="00EC7CA9">
        <w:rPr>
          <w:sz w:val="26"/>
          <w:szCs w:val="26"/>
        </w:rPr>
        <w:t xml:space="preserve"> </w:t>
      </w:r>
      <w:proofErr w:type="spellStart"/>
      <w:r w:rsidRPr="00EC7CA9">
        <w:rPr>
          <w:sz w:val="26"/>
          <w:szCs w:val="26"/>
        </w:rPr>
        <w:t>và</w:t>
      </w:r>
      <w:proofErr w:type="spellEnd"/>
      <w:r w:rsidRPr="00EC7CA9">
        <w:rPr>
          <w:sz w:val="26"/>
          <w:szCs w:val="26"/>
        </w:rPr>
        <w:t xml:space="preserve"> </w:t>
      </w:r>
      <w:proofErr w:type="spellStart"/>
      <w:r w:rsidRPr="00EC7CA9">
        <w:rPr>
          <w:sz w:val="26"/>
          <w:szCs w:val="26"/>
        </w:rPr>
        <w:t>ghi</w:t>
      </w:r>
      <w:proofErr w:type="spellEnd"/>
      <w:r w:rsidRPr="00EC7CA9">
        <w:rPr>
          <w:sz w:val="26"/>
          <w:szCs w:val="26"/>
        </w:rPr>
        <w:t xml:space="preserve"> </w:t>
      </w:r>
      <w:proofErr w:type="spellStart"/>
      <w:r w:rsidRPr="00EC7CA9">
        <w:rPr>
          <w:sz w:val="26"/>
          <w:szCs w:val="26"/>
        </w:rPr>
        <w:t>rõ</w:t>
      </w:r>
      <w:proofErr w:type="spellEnd"/>
      <w:r w:rsidRPr="00EC7CA9">
        <w:rPr>
          <w:sz w:val="26"/>
          <w:szCs w:val="26"/>
        </w:rPr>
        <w:t xml:space="preserve"> </w:t>
      </w:r>
      <w:proofErr w:type="spellStart"/>
      <w:r w:rsidRPr="00EC7CA9">
        <w:rPr>
          <w:sz w:val="26"/>
          <w:szCs w:val="26"/>
        </w:rPr>
        <w:t>họ</w:t>
      </w:r>
      <w:proofErr w:type="spellEnd"/>
      <w:r w:rsidRPr="00EC7CA9">
        <w:rPr>
          <w:sz w:val="26"/>
          <w:szCs w:val="26"/>
        </w:rPr>
        <w:t xml:space="preserve"> </w:t>
      </w:r>
      <w:proofErr w:type="spellStart"/>
      <w:r w:rsidRPr="00EC7CA9">
        <w:rPr>
          <w:sz w:val="26"/>
          <w:szCs w:val="26"/>
        </w:rPr>
        <w:t>tên</w:t>
      </w:r>
      <w:proofErr w:type="spellEnd"/>
      <w:r w:rsidRPr="00EC7CA9">
        <w:rPr>
          <w:sz w:val="26"/>
          <w:szCs w:val="26"/>
        </w:rPr>
        <w:t>)</w:t>
      </w:r>
      <w:bookmarkEnd w:id="0"/>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sidRPr="00EC7CA9">
        <w:rPr>
          <w:sz w:val="26"/>
          <w:szCs w:val="26"/>
        </w:rPr>
        <w:t>(</w:t>
      </w:r>
      <w:proofErr w:type="spellStart"/>
      <w:r w:rsidRPr="00EC7CA9">
        <w:rPr>
          <w:sz w:val="26"/>
          <w:szCs w:val="26"/>
        </w:rPr>
        <w:t>Ký</w:t>
      </w:r>
      <w:proofErr w:type="spellEnd"/>
      <w:r w:rsidRPr="00EC7CA9">
        <w:rPr>
          <w:sz w:val="26"/>
          <w:szCs w:val="26"/>
        </w:rPr>
        <w:t xml:space="preserve"> </w:t>
      </w:r>
      <w:proofErr w:type="spellStart"/>
      <w:r w:rsidRPr="00EC7CA9">
        <w:rPr>
          <w:sz w:val="26"/>
          <w:szCs w:val="26"/>
        </w:rPr>
        <w:t>và</w:t>
      </w:r>
      <w:proofErr w:type="spellEnd"/>
      <w:r w:rsidRPr="00EC7CA9">
        <w:rPr>
          <w:sz w:val="26"/>
          <w:szCs w:val="26"/>
        </w:rPr>
        <w:t xml:space="preserve"> </w:t>
      </w:r>
      <w:proofErr w:type="spellStart"/>
      <w:r w:rsidRPr="00EC7CA9">
        <w:rPr>
          <w:sz w:val="26"/>
          <w:szCs w:val="26"/>
        </w:rPr>
        <w:t>ghi</w:t>
      </w:r>
      <w:proofErr w:type="spellEnd"/>
      <w:r w:rsidRPr="00EC7CA9">
        <w:rPr>
          <w:sz w:val="26"/>
          <w:szCs w:val="26"/>
        </w:rPr>
        <w:t xml:space="preserve"> </w:t>
      </w:r>
      <w:proofErr w:type="spellStart"/>
      <w:r w:rsidRPr="00EC7CA9">
        <w:rPr>
          <w:sz w:val="26"/>
          <w:szCs w:val="26"/>
        </w:rPr>
        <w:t>rõ</w:t>
      </w:r>
      <w:proofErr w:type="spellEnd"/>
      <w:r w:rsidRPr="00EC7CA9">
        <w:rPr>
          <w:sz w:val="26"/>
          <w:szCs w:val="26"/>
        </w:rPr>
        <w:t xml:space="preserve"> </w:t>
      </w:r>
      <w:proofErr w:type="spellStart"/>
      <w:r w:rsidRPr="00EC7CA9">
        <w:rPr>
          <w:sz w:val="26"/>
          <w:szCs w:val="26"/>
        </w:rPr>
        <w:t>họ</w:t>
      </w:r>
      <w:proofErr w:type="spellEnd"/>
      <w:r w:rsidRPr="00EC7CA9">
        <w:rPr>
          <w:sz w:val="26"/>
          <w:szCs w:val="26"/>
        </w:rPr>
        <w:t xml:space="preserve"> </w:t>
      </w:r>
      <w:proofErr w:type="spellStart"/>
      <w:r w:rsidRPr="00EC7CA9">
        <w:rPr>
          <w:sz w:val="26"/>
          <w:szCs w:val="26"/>
        </w:rPr>
        <w:t>tên</w:t>
      </w:r>
      <w:proofErr w:type="spellEnd"/>
      <w:r w:rsidRPr="00EC7CA9">
        <w:rPr>
          <w:sz w:val="26"/>
          <w:szCs w:val="26"/>
        </w:rPr>
        <w:t>)</w:t>
      </w:r>
    </w:p>
    <w:p w14:paraId="62C2C37D" w14:textId="55326741" w:rsidR="00EC7CA9" w:rsidRPr="00EC7CA9" w:rsidRDefault="00EC7CA9" w:rsidP="00EC7CA9">
      <w:pPr>
        <w:jc w:val="both"/>
        <w:rPr>
          <w:sz w:val="26"/>
          <w:szCs w:val="26"/>
        </w:rPr>
      </w:pPr>
    </w:p>
    <w:sectPr w:rsidR="00EC7CA9" w:rsidRPr="00EC7CA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0651058">
    <w:abstractNumId w:val="8"/>
  </w:num>
  <w:num w:numId="2" w16cid:durableId="2134132455">
    <w:abstractNumId w:val="6"/>
  </w:num>
  <w:num w:numId="3" w16cid:durableId="293799988">
    <w:abstractNumId w:val="5"/>
  </w:num>
  <w:num w:numId="4" w16cid:durableId="716929885">
    <w:abstractNumId w:val="4"/>
  </w:num>
  <w:num w:numId="5" w16cid:durableId="546340556">
    <w:abstractNumId w:val="7"/>
  </w:num>
  <w:num w:numId="6" w16cid:durableId="381639252">
    <w:abstractNumId w:val="3"/>
  </w:num>
  <w:num w:numId="7" w16cid:durableId="325784682">
    <w:abstractNumId w:val="2"/>
  </w:num>
  <w:num w:numId="8" w16cid:durableId="505706041">
    <w:abstractNumId w:val="1"/>
  </w:num>
  <w:num w:numId="9" w16cid:durableId="302470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41C2"/>
    <w:rsid w:val="009B54A9"/>
    <w:rsid w:val="00AA1D8D"/>
    <w:rsid w:val="00B47730"/>
    <w:rsid w:val="00CB0664"/>
    <w:rsid w:val="00EC7C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5F803"/>
  <w14:defaultImageDpi w14:val="300"/>
  <w15:docId w15:val="{2609D20B-53B8-924C-941A-70F73CC01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Huien</cp:lastModifiedBy>
  <cp:revision>2</cp:revision>
  <dcterms:created xsi:type="dcterms:W3CDTF">2013-12-23T23:15:00Z</dcterms:created>
  <dcterms:modified xsi:type="dcterms:W3CDTF">2025-10-04T05:56:00Z</dcterms:modified>
  <cp:category/>
</cp:coreProperties>
</file>